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D287" w14:textId="77777777" w:rsidR="006C66EA" w:rsidRPr="00551759" w:rsidRDefault="006C66EA"/>
    <w:p w14:paraId="618E5630" w14:textId="77777777" w:rsidR="006C66EA" w:rsidRPr="00551759" w:rsidRDefault="006C66EA"/>
    <w:p w14:paraId="2C8D64C7" w14:textId="77777777" w:rsidR="006C66EA" w:rsidRPr="00551759" w:rsidRDefault="006C66EA"/>
    <w:p w14:paraId="475FEB01" w14:textId="77777777" w:rsidR="006C66EA" w:rsidRPr="00551759" w:rsidRDefault="006C66EA"/>
    <w:p w14:paraId="45C74E7E" w14:textId="77777777" w:rsidR="006C66EA" w:rsidRPr="00551759" w:rsidRDefault="006C66EA"/>
    <w:p w14:paraId="0A1B1C68" w14:textId="5979CA4F" w:rsidR="006C66EA" w:rsidRPr="00551759" w:rsidRDefault="00AE4208">
      <w:pPr>
        <w:jc w:val="center"/>
      </w:pPr>
      <w:r w:rsidRPr="00551759">
        <w:rPr>
          <w:b/>
          <w:color w:val="17365D"/>
          <w:sz w:val="44"/>
        </w:rPr>
        <w:t>THE HEART OF MANAGING PEOPLE: KONSEP DAN DINAMIKA MANAJEMEN SDM</w:t>
      </w:r>
    </w:p>
    <w:p w14:paraId="7DD4DA65" w14:textId="77777777" w:rsidR="006C66EA" w:rsidRPr="00551759" w:rsidRDefault="00000000">
      <w:r w:rsidRPr="00551759">
        <w:br w:type="page"/>
      </w:r>
    </w:p>
    <w:p w14:paraId="69CB58DD" w14:textId="60A78E9E" w:rsidR="006C66EA" w:rsidRPr="00551759" w:rsidRDefault="006C66EA"/>
    <w:p w14:paraId="391D0002" w14:textId="564D8297" w:rsidR="006C66EA" w:rsidRPr="00551759" w:rsidRDefault="006C66EA"/>
    <w:p w14:paraId="289631E2" w14:textId="171730DF" w:rsidR="004A7DCB" w:rsidRPr="00551759" w:rsidRDefault="004A7DCB">
      <w:pPr>
        <w:spacing w:after="200"/>
        <w:ind w:firstLine="0"/>
        <w:jc w:val="left"/>
      </w:pPr>
      <w:r w:rsidRPr="0055175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8D303A" wp14:editId="451F7B45">
                <wp:simplePos x="0" y="0"/>
                <wp:positionH relativeFrom="margin">
                  <wp:posOffset>-75988</wp:posOffset>
                </wp:positionH>
                <wp:positionV relativeFrom="margin">
                  <wp:posOffset>1038225</wp:posOffset>
                </wp:positionV>
                <wp:extent cx="4039235" cy="3733800"/>
                <wp:effectExtent l="0" t="114300" r="132715" b="19050"/>
                <wp:wrapSquare wrapText="bothSides"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235" cy="3733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762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EF70E9" w14:textId="2506C594" w:rsidR="004A7DCB" w:rsidRPr="00B605DD" w:rsidRDefault="004A7DCB" w:rsidP="004A7D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605DD">
                              <w:rPr>
                                <w:b/>
                                <w:sz w:val="16"/>
                                <w:szCs w:val="16"/>
                              </w:rPr>
                              <w:t>UU No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B605D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28 </w:t>
                            </w:r>
                            <w:proofErr w:type="spellStart"/>
                            <w:r w:rsidRPr="00B605DD">
                              <w:rPr>
                                <w:b/>
                                <w:sz w:val="16"/>
                                <w:szCs w:val="16"/>
                              </w:rPr>
                              <w:t>tahun</w:t>
                            </w:r>
                            <w:proofErr w:type="spellEnd"/>
                            <w:r w:rsidRPr="00B605D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2014 tentang Hak Cipta</w:t>
                            </w:r>
                          </w:p>
                          <w:p w14:paraId="1FCBA424" w14:textId="77777777" w:rsidR="004A7DCB" w:rsidRDefault="004A7DCB" w:rsidP="004A7DCB">
                            <w:p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264B88A" w14:textId="77777777" w:rsidR="004A7DCB" w:rsidRPr="002C2070" w:rsidRDefault="004A7DCB" w:rsidP="004A7DCB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>Fungsi</w:t>
                            </w:r>
                            <w:proofErr w:type="spellEnd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dan </w:t>
                            </w:r>
                            <w:proofErr w:type="spellStart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>sifat</w:t>
                            </w:r>
                            <w:proofErr w:type="spellEnd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>hak</w:t>
                            </w:r>
                            <w:proofErr w:type="spellEnd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>cipta</w:t>
                            </w:r>
                            <w:proofErr w:type="spellEnd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Pasal 4 </w:t>
                            </w:r>
                          </w:p>
                          <w:p w14:paraId="4D088091" w14:textId="77777777" w:rsidR="004A7DCB" w:rsidRPr="00B605DD" w:rsidRDefault="004A7DCB" w:rsidP="004A7DCB">
                            <w:p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Hak Cipta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sebagaimana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dimaksud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Pasal 3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huruf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merupakan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hak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eksklusif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terdiri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atas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hak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moral dan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hak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ekonomi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A390CDF" w14:textId="5AC532DA" w:rsidR="004A7DCB" w:rsidRPr="002C2070" w:rsidRDefault="004A7DCB" w:rsidP="004A7DCB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>Pembatasan</w:t>
                            </w:r>
                            <w:proofErr w:type="spellEnd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Perlindungan</w:t>
                            </w:r>
                            <w:proofErr w:type="spellEnd"/>
                            <w:r w:rsidRPr="002C207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Pasal 26 </w:t>
                            </w:r>
                          </w:p>
                          <w:p w14:paraId="59AFAAD1" w14:textId="77777777" w:rsidR="004A7DCB" w:rsidRPr="00B605DD" w:rsidRDefault="004A7DCB" w:rsidP="004A7DCB">
                            <w:p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Ketentuan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sebagaimana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dimaksud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Pasal 23, Pasal 24, dan Pasal 25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tidak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berlaku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terhadap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338EBAB" w14:textId="77777777" w:rsidR="004A7DCB" w:rsidRPr="00B605DD" w:rsidRDefault="004A7DCB" w:rsidP="004A7DCB">
                            <w:pPr>
                              <w:numPr>
                                <w:ilvl w:val="2"/>
                                <w:numId w:val="15"/>
                              </w:numPr>
                              <w:spacing w:after="0" w:line="240" w:lineRule="auto"/>
                              <w:ind w:left="284" w:hanging="284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penggunaan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kutipan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singkat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Ciptaan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dan/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produk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Hak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Terkait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untuk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pelaporan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peristiwa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aktual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ditujukan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hanya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untuk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keperluan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penyediaan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informasi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aktual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; </w:t>
                            </w:r>
                          </w:p>
                          <w:p w14:paraId="79B5CD7E" w14:textId="77777777" w:rsidR="004A7DCB" w:rsidRPr="00B605DD" w:rsidRDefault="004A7DCB" w:rsidP="004A7DCB">
                            <w:pPr>
                              <w:numPr>
                                <w:ilvl w:val="2"/>
                                <w:numId w:val="15"/>
                              </w:numPr>
                              <w:spacing w:after="0" w:line="240" w:lineRule="auto"/>
                              <w:ind w:left="284" w:hanging="284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Penggandaan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Ciptaan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dan/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produk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Hak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Terkait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hanya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untuk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kepentingan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penelitian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ilmu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pengetahuan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; </w:t>
                            </w:r>
                          </w:p>
                          <w:p w14:paraId="4E995AD3" w14:textId="77777777" w:rsidR="004A7DCB" w:rsidRPr="00B605DD" w:rsidRDefault="004A7DCB" w:rsidP="004A7DCB">
                            <w:pPr>
                              <w:numPr>
                                <w:ilvl w:val="2"/>
                                <w:numId w:val="15"/>
                              </w:numPr>
                              <w:spacing w:after="0" w:line="240" w:lineRule="auto"/>
                              <w:ind w:left="284" w:hanging="284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Penggandaan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Ciptaan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dan/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produk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Hak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Terkait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hanya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untuk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keperluan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pengajaran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kecuali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pertunjukan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dan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Fonogram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telah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dilakukan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Pengumuman sebagai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bahan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ajar; dan </w:t>
                            </w:r>
                          </w:p>
                          <w:p w14:paraId="3DFACE6C" w14:textId="77777777" w:rsidR="004A7DCB" w:rsidRDefault="004A7DCB" w:rsidP="004A7DCB">
                            <w:pPr>
                              <w:numPr>
                                <w:ilvl w:val="2"/>
                                <w:numId w:val="15"/>
                              </w:numPr>
                              <w:spacing w:after="0" w:line="240" w:lineRule="auto"/>
                              <w:ind w:left="284" w:hanging="284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Penggunaan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untuk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kepentingan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pendidikan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dan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pengembangan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ilmu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pengetahuan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memungkinkan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suatu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Ciptaan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dan/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produk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Hak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Terkait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dapat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digunakan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tanpa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izin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Pelaku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Pertunjukan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Produser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Fonogram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Lembaga </w:t>
                            </w:r>
                            <w:proofErr w:type="spellStart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Penyiaran</w:t>
                            </w:r>
                            <w:proofErr w:type="spellEnd"/>
                            <w:r w:rsidRPr="00B605DD">
                              <w:rPr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A639941" w14:textId="35133C3D" w:rsidR="004A7DCB" w:rsidRPr="004A7DCB" w:rsidRDefault="004A7DCB" w:rsidP="004A7DCB">
                            <w:pPr>
                              <w:spacing w:after="0" w:line="240" w:lineRule="auto"/>
                              <w:ind w:left="284" w:firstLine="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4A7DCB">
                              <w:rPr>
                                <w:b/>
                                <w:noProof/>
                                <w:sz w:val="16"/>
                                <w:szCs w:val="16"/>
                              </w:rPr>
                              <w:t>Sanksi Pelanggaran Pasal 113</w:t>
                            </w:r>
                          </w:p>
                          <w:p w14:paraId="49FB1BF8" w14:textId="0DCE3F9C" w:rsidR="004A7DCB" w:rsidRPr="00B605DD" w:rsidRDefault="004A7DCB" w:rsidP="004A7DC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 w:rsidRPr="00B605DD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Setiap </w:t>
                            </w:r>
                            <w:r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orang yang tanpa hak melakukan pelanggaran hak ekonomi sebagaimana dimaksud dalam Pasal 9 ayat (1) huruf i untuk penggunaan secara komersial</w:t>
                            </w:r>
                            <w:r w:rsidRPr="00B605DD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 xml:space="preserve"> dipidana dengan pidana penjara paling lama 1 (satu) tahun dan/atau pidana denda paling banyak Rp100.000.000 (seratus juta rupiah).</w:t>
                            </w:r>
                          </w:p>
                          <w:p w14:paraId="416CCC44" w14:textId="737A72A9" w:rsidR="004A7DCB" w:rsidRPr="002C2070" w:rsidRDefault="004A7DCB" w:rsidP="004A7DC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284" w:hanging="284"/>
                              <w:contextualSpacing w:val="0"/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</w:pPr>
                            <w:r w:rsidRPr="00B605DD">
                              <w:rPr>
                                <w:bCs/>
                                <w:noProof/>
                                <w:sz w:val="16"/>
                                <w:szCs w:val="16"/>
                              </w:rPr>
                              <w:t>Setiap Orang yang tanpa hak dan/atau tanpa izin Pencipta atau pemegang Hak Cipta melakukan pelanggaran hak ekonomi Pencipta sebagaimana dimaksud dalam Pasal 9 ayat (1) huruf c, huruf d, huruf f, dan/atau huruf h untuk Penggunaan Secara Komersial dipidana dengan pidana penjara paling lama 3 (tiga) tahun dan/atau pidana denda paling banyak Rp500.000.000,00 (lima ratus juta rupiah).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D303A" id="Rounded Rectangle 2" o:spid="_x0000_s1026" style="position:absolute;margin-left:-6pt;margin-top:81.75pt;width:318.05pt;height:29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" fillcolor="window" strokecolor="windowText" strokeweight=".25pt">
                <v:shadow on="t" color="black" opacity="26214f" origin="-.5,.5" offset="1.49672mm,-1.49672mm"/>
                <v:textbox>
                  <w:txbxContent>
                    <w:p w14:paraId="7FEF70E9" w14:textId="2506C594" w:rsidR="004A7DCB" w:rsidRPr="00B605DD" w:rsidRDefault="004A7DCB" w:rsidP="004A7DC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605DD">
                        <w:rPr>
                          <w:b/>
                          <w:sz w:val="16"/>
                          <w:szCs w:val="16"/>
                        </w:rPr>
                        <w:t>UU No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</w:t>
                      </w:r>
                      <w:r w:rsidRPr="00B605DD">
                        <w:rPr>
                          <w:b/>
                          <w:sz w:val="16"/>
                          <w:szCs w:val="16"/>
                        </w:rPr>
                        <w:t xml:space="preserve"> 28 </w:t>
                      </w:r>
                      <w:proofErr w:type="spellStart"/>
                      <w:r w:rsidRPr="00B605DD">
                        <w:rPr>
                          <w:b/>
                          <w:sz w:val="16"/>
                          <w:szCs w:val="16"/>
                        </w:rPr>
                        <w:t>tahun</w:t>
                      </w:r>
                      <w:proofErr w:type="spellEnd"/>
                      <w:r w:rsidRPr="00B605DD">
                        <w:rPr>
                          <w:b/>
                          <w:sz w:val="16"/>
                          <w:szCs w:val="16"/>
                        </w:rPr>
                        <w:t xml:space="preserve"> 2014 tentang Hak Cipta</w:t>
                      </w:r>
                    </w:p>
                    <w:p w14:paraId="1FCBA424" w14:textId="77777777" w:rsidR="004A7DCB" w:rsidRDefault="004A7DCB" w:rsidP="004A7DCB">
                      <w:p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6264B88A" w14:textId="77777777" w:rsidR="004A7DCB" w:rsidRPr="002C2070" w:rsidRDefault="004A7DCB" w:rsidP="004A7DCB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proofErr w:type="spellStart"/>
                      <w:r w:rsidRPr="002C2070">
                        <w:rPr>
                          <w:b/>
                          <w:sz w:val="16"/>
                          <w:szCs w:val="16"/>
                        </w:rPr>
                        <w:t>Fungsi</w:t>
                      </w:r>
                      <w:proofErr w:type="spellEnd"/>
                      <w:r w:rsidRPr="002C2070">
                        <w:rPr>
                          <w:b/>
                          <w:sz w:val="16"/>
                          <w:szCs w:val="16"/>
                        </w:rPr>
                        <w:t xml:space="preserve"> dan </w:t>
                      </w:r>
                      <w:proofErr w:type="spellStart"/>
                      <w:r w:rsidRPr="002C2070">
                        <w:rPr>
                          <w:b/>
                          <w:sz w:val="16"/>
                          <w:szCs w:val="16"/>
                        </w:rPr>
                        <w:t>sifat</w:t>
                      </w:r>
                      <w:proofErr w:type="spellEnd"/>
                      <w:r w:rsidRPr="002C2070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C2070">
                        <w:rPr>
                          <w:b/>
                          <w:sz w:val="16"/>
                          <w:szCs w:val="16"/>
                        </w:rPr>
                        <w:t>hak</w:t>
                      </w:r>
                      <w:proofErr w:type="spellEnd"/>
                      <w:r w:rsidRPr="002C2070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C2070">
                        <w:rPr>
                          <w:b/>
                          <w:sz w:val="16"/>
                          <w:szCs w:val="16"/>
                        </w:rPr>
                        <w:t>cipta</w:t>
                      </w:r>
                      <w:proofErr w:type="spellEnd"/>
                      <w:r w:rsidRPr="002C2070">
                        <w:rPr>
                          <w:b/>
                          <w:sz w:val="16"/>
                          <w:szCs w:val="16"/>
                        </w:rPr>
                        <w:t xml:space="preserve"> Pasal 4 </w:t>
                      </w:r>
                    </w:p>
                    <w:p w14:paraId="4D088091" w14:textId="77777777" w:rsidR="004A7DCB" w:rsidRPr="00B605DD" w:rsidRDefault="004A7DCB" w:rsidP="004A7DCB">
                      <w:p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Hak Cipta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sebagaimana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dimaksud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dalam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Pasal 3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huruf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merupakan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hak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eksklusif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terdiri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atas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hak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moral dan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hak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ekonomi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A390CDF" w14:textId="5AC532DA" w:rsidR="004A7DCB" w:rsidRPr="002C2070" w:rsidRDefault="004A7DCB" w:rsidP="004A7DCB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proofErr w:type="spellStart"/>
                      <w:r w:rsidRPr="002C2070">
                        <w:rPr>
                          <w:b/>
                          <w:sz w:val="16"/>
                          <w:szCs w:val="16"/>
                        </w:rPr>
                        <w:t>Pembatasan</w:t>
                      </w:r>
                      <w:proofErr w:type="spellEnd"/>
                      <w:r w:rsidRPr="002C2070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  <w:szCs w:val="16"/>
                        </w:rPr>
                        <w:t>Perlindungan</w:t>
                      </w:r>
                      <w:proofErr w:type="spellEnd"/>
                      <w:r w:rsidRPr="002C2070">
                        <w:rPr>
                          <w:b/>
                          <w:sz w:val="16"/>
                          <w:szCs w:val="16"/>
                        </w:rPr>
                        <w:t xml:space="preserve"> Pasal 26 </w:t>
                      </w:r>
                    </w:p>
                    <w:p w14:paraId="59AFAAD1" w14:textId="77777777" w:rsidR="004A7DCB" w:rsidRPr="00B605DD" w:rsidRDefault="004A7DCB" w:rsidP="004A7DCB">
                      <w:p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Ketentuan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sebagaimana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dimaksud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dalam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Pasal 23, Pasal 24, dan Pasal 25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tidak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berlaku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terhadap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14:paraId="4338EBAB" w14:textId="77777777" w:rsidR="004A7DCB" w:rsidRPr="00B605DD" w:rsidRDefault="004A7DCB" w:rsidP="004A7DCB">
                      <w:pPr>
                        <w:numPr>
                          <w:ilvl w:val="2"/>
                          <w:numId w:val="15"/>
                        </w:numPr>
                        <w:spacing w:after="0" w:line="240" w:lineRule="auto"/>
                        <w:ind w:left="284" w:hanging="284"/>
                        <w:rPr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penggunaan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kutipan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singkat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Ciptaan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dan/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atau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produk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Hak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Terkait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untuk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pelaporan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peristiwa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aktual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ditujukan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hanya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untuk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keperluan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penyediaan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informasi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aktual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; </w:t>
                      </w:r>
                    </w:p>
                    <w:p w14:paraId="79B5CD7E" w14:textId="77777777" w:rsidR="004A7DCB" w:rsidRPr="00B605DD" w:rsidRDefault="004A7DCB" w:rsidP="004A7DCB">
                      <w:pPr>
                        <w:numPr>
                          <w:ilvl w:val="2"/>
                          <w:numId w:val="15"/>
                        </w:numPr>
                        <w:spacing w:after="0" w:line="240" w:lineRule="auto"/>
                        <w:ind w:left="284" w:hanging="284"/>
                        <w:rPr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Penggandaan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Ciptaan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dan/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atau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produk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Hak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Terkait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hanya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untuk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kepentingan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penelitian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ilmu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pengetahuan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; </w:t>
                      </w:r>
                    </w:p>
                    <w:p w14:paraId="4E995AD3" w14:textId="77777777" w:rsidR="004A7DCB" w:rsidRPr="00B605DD" w:rsidRDefault="004A7DCB" w:rsidP="004A7DCB">
                      <w:pPr>
                        <w:numPr>
                          <w:ilvl w:val="2"/>
                          <w:numId w:val="15"/>
                        </w:numPr>
                        <w:spacing w:after="0" w:line="240" w:lineRule="auto"/>
                        <w:ind w:left="284" w:hanging="284"/>
                        <w:rPr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Penggandaan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Ciptaan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dan/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atau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produk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Hak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Terkait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hanya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untuk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keperluan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pengajaran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kecuali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pertunjukan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dan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Fonogram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telah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dilakukan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Pengumuman sebagai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bahan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ajar; dan </w:t>
                      </w:r>
                    </w:p>
                    <w:p w14:paraId="3DFACE6C" w14:textId="77777777" w:rsidR="004A7DCB" w:rsidRDefault="004A7DCB" w:rsidP="004A7DCB">
                      <w:pPr>
                        <w:numPr>
                          <w:ilvl w:val="2"/>
                          <w:numId w:val="15"/>
                        </w:numPr>
                        <w:spacing w:after="0" w:line="240" w:lineRule="auto"/>
                        <w:ind w:left="284" w:hanging="284"/>
                        <w:rPr>
                          <w:b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Cs/>
                          <w:sz w:val="16"/>
                          <w:szCs w:val="16"/>
                        </w:rPr>
                        <w:t>Penggunaan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untuk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kepentingan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pendidikan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dan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pengembangan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ilmu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pengetahuan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memungkinkan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suatu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Ciptaan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dan/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atau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produk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Hak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Terkait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dapat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digunakan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tanpa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izin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Pelaku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Pertunjukan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Produser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Fonogram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atau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 xml:space="preserve"> Lembaga </w:t>
                      </w:r>
                      <w:proofErr w:type="spellStart"/>
                      <w:r w:rsidRPr="00B605DD">
                        <w:rPr>
                          <w:bCs/>
                          <w:sz w:val="16"/>
                          <w:szCs w:val="16"/>
                        </w:rPr>
                        <w:t>Penyiaran</w:t>
                      </w:r>
                      <w:proofErr w:type="spellEnd"/>
                      <w:r w:rsidRPr="00B605DD">
                        <w:rPr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2A639941" w14:textId="35133C3D" w:rsidR="004A7DCB" w:rsidRPr="004A7DCB" w:rsidRDefault="004A7DCB" w:rsidP="004A7DCB">
                      <w:pPr>
                        <w:spacing w:after="0" w:line="240" w:lineRule="auto"/>
                        <w:ind w:left="284" w:firstLine="0"/>
                        <w:rPr>
                          <w:bCs/>
                          <w:sz w:val="16"/>
                          <w:szCs w:val="16"/>
                        </w:rPr>
                      </w:pPr>
                      <w:r w:rsidRPr="004A7DCB">
                        <w:rPr>
                          <w:b/>
                          <w:noProof/>
                          <w:sz w:val="16"/>
                          <w:szCs w:val="16"/>
                        </w:rPr>
                        <w:t>Sanksi Pelanggaran Pasal 113</w:t>
                      </w:r>
                    </w:p>
                    <w:p w14:paraId="49FB1BF8" w14:textId="0DCE3F9C" w:rsidR="004A7DCB" w:rsidRPr="00B605DD" w:rsidRDefault="004A7DCB" w:rsidP="004A7DC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  <w:r w:rsidRPr="00B605DD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Setiap </w:t>
                      </w:r>
                      <w:r>
                        <w:rPr>
                          <w:bCs/>
                          <w:noProof/>
                          <w:sz w:val="16"/>
                          <w:szCs w:val="16"/>
                        </w:rPr>
                        <w:t>orang yang tanpa hak melakukan pelanggaran hak ekonomi sebagaimana dimaksud dalam Pasal 9 ayat (1) huruf i untuk penggunaan secara komersial</w:t>
                      </w:r>
                      <w:r w:rsidRPr="00B605DD">
                        <w:rPr>
                          <w:bCs/>
                          <w:noProof/>
                          <w:sz w:val="16"/>
                          <w:szCs w:val="16"/>
                        </w:rPr>
                        <w:t xml:space="preserve"> dipidana dengan pidana penjara paling lama 1 (satu) tahun dan/atau pidana denda paling banyak Rp100.000.000 (seratus juta rupiah).</w:t>
                      </w:r>
                    </w:p>
                    <w:p w14:paraId="416CCC44" w14:textId="737A72A9" w:rsidR="004A7DCB" w:rsidRPr="002C2070" w:rsidRDefault="004A7DCB" w:rsidP="004A7DC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284" w:hanging="284"/>
                        <w:contextualSpacing w:val="0"/>
                        <w:rPr>
                          <w:bCs/>
                          <w:noProof/>
                          <w:sz w:val="16"/>
                          <w:szCs w:val="16"/>
                        </w:rPr>
                      </w:pPr>
                      <w:r w:rsidRPr="00B605DD">
                        <w:rPr>
                          <w:bCs/>
                          <w:noProof/>
                          <w:sz w:val="16"/>
                          <w:szCs w:val="16"/>
                        </w:rPr>
                        <w:t>Setiap Orang yang tanpa hak dan/atau tanpa izin Pencipta atau pemegang Hak Cipta melakukan pelanggaran hak ekonomi Pencipta sebagaimana dimaksud dalam Pasal 9 ayat (1) huruf c, huruf d, huruf f, dan/atau huruf h untuk Penggunaan Secara Komersial dipidana dengan pidana penjara paling lama 3 (tiga) tahun dan/atau pidana denda paling banyak Rp500.000.000,00 (lima ratus juta rupiah).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551759">
        <w:br w:type="page"/>
      </w:r>
    </w:p>
    <w:p w14:paraId="02B0AC53" w14:textId="77777777" w:rsidR="006C66EA" w:rsidRPr="00551759" w:rsidRDefault="006C66EA"/>
    <w:p w14:paraId="250466D2" w14:textId="4E98E456" w:rsidR="006C66EA" w:rsidRPr="00551759" w:rsidRDefault="00554C35">
      <w:pPr>
        <w:jc w:val="center"/>
      </w:pPr>
      <w:r w:rsidRPr="00551759">
        <w:rPr>
          <w:b/>
          <w:color w:val="17365D"/>
          <w:sz w:val="48"/>
        </w:rPr>
        <w:t>THE HEART OF MANAGING PEOPLE</w:t>
      </w:r>
    </w:p>
    <w:p w14:paraId="1645CA8E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3B5797D2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482ED57F" w14:textId="3B5DDF8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2816F743" w14:textId="77777777" w:rsidR="00681AE9" w:rsidRPr="00551759" w:rsidRDefault="00681AE9" w:rsidP="00D37734">
      <w:pPr>
        <w:spacing w:after="0" w:line="240" w:lineRule="auto"/>
        <w:jc w:val="center"/>
        <w:rPr>
          <w:b/>
          <w:sz w:val="24"/>
        </w:rPr>
      </w:pPr>
    </w:p>
    <w:p w14:paraId="0D15D69D" w14:textId="77777777" w:rsidR="00681AE9" w:rsidRPr="00551759" w:rsidRDefault="00681AE9" w:rsidP="00D37734">
      <w:pPr>
        <w:spacing w:after="0" w:line="240" w:lineRule="auto"/>
        <w:jc w:val="center"/>
        <w:rPr>
          <w:b/>
          <w:sz w:val="24"/>
        </w:rPr>
      </w:pPr>
    </w:p>
    <w:p w14:paraId="688F79AC" w14:textId="77777777" w:rsidR="00681AE9" w:rsidRPr="00551759" w:rsidRDefault="00681AE9" w:rsidP="00D37734">
      <w:pPr>
        <w:spacing w:after="0" w:line="240" w:lineRule="auto"/>
        <w:jc w:val="center"/>
        <w:rPr>
          <w:b/>
          <w:sz w:val="24"/>
        </w:rPr>
      </w:pPr>
    </w:p>
    <w:p w14:paraId="551E4440" w14:textId="2D357704" w:rsidR="00D37734" w:rsidRPr="00551759" w:rsidRDefault="00000000" w:rsidP="00D37734">
      <w:pPr>
        <w:spacing w:after="0" w:line="240" w:lineRule="auto"/>
        <w:jc w:val="center"/>
        <w:rPr>
          <w:b/>
          <w:sz w:val="24"/>
        </w:rPr>
      </w:pPr>
      <w:r w:rsidRPr="00551759">
        <w:rPr>
          <w:b/>
          <w:sz w:val="24"/>
        </w:rPr>
        <w:t xml:space="preserve">Nama </w:t>
      </w:r>
      <w:proofErr w:type="spellStart"/>
      <w:r w:rsidRPr="00551759">
        <w:rPr>
          <w:b/>
          <w:sz w:val="24"/>
        </w:rPr>
        <w:t>Penulis</w:t>
      </w:r>
      <w:proofErr w:type="spellEnd"/>
      <w:r w:rsidRPr="00551759">
        <w:rPr>
          <w:b/>
          <w:sz w:val="24"/>
        </w:rPr>
        <w:t xml:space="preserve"> 1</w:t>
      </w:r>
      <w:r w:rsidR="00043FAE" w:rsidRPr="00551759">
        <w:rPr>
          <w:b/>
          <w:sz w:val="24"/>
        </w:rPr>
        <w:t xml:space="preserve"> </w:t>
      </w:r>
      <w:proofErr w:type="spellStart"/>
      <w:r w:rsidR="00043FAE" w:rsidRPr="00551759">
        <w:rPr>
          <w:b/>
          <w:sz w:val="24"/>
        </w:rPr>
        <w:t>Tanpa</w:t>
      </w:r>
      <w:proofErr w:type="spellEnd"/>
      <w:r w:rsidR="00043FAE" w:rsidRPr="00551759">
        <w:rPr>
          <w:b/>
          <w:sz w:val="24"/>
        </w:rPr>
        <w:t xml:space="preserve"> </w:t>
      </w:r>
      <w:proofErr w:type="spellStart"/>
      <w:r w:rsidR="00043FAE" w:rsidRPr="00551759">
        <w:rPr>
          <w:b/>
          <w:sz w:val="24"/>
        </w:rPr>
        <w:t>gelar</w:t>
      </w:r>
      <w:proofErr w:type="spellEnd"/>
    </w:p>
    <w:p w14:paraId="2A3A73B1" w14:textId="31C01779" w:rsidR="00D37734" w:rsidRPr="00551759" w:rsidRDefault="00000000" w:rsidP="00D37734">
      <w:pPr>
        <w:spacing w:after="0" w:line="240" w:lineRule="auto"/>
        <w:jc w:val="center"/>
        <w:rPr>
          <w:b/>
          <w:sz w:val="24"/>
        </w:rPr>
      </w:pPr>
      <w:r w:rsidRPr="00551759">
        <w:rPr>
          <w:b/>
          <w:sz w:val="24"/>
        </w:rPr>
        <w:t xml:space="preserve">Nama </w:t>
      </w:r>
      <w:proofErr w:type="spellStart"/>
      <w:r w:rsidRPr="00551759">
        <w:rPr>
          <w:b/>
          <w:sz w:val="24"/>
        </w:rPr>
        <w:t>Penulis</w:t>
      </w:r>
      <w:proofErr w:type="spellEnd"/>
      <w:r w:rsidRPr="00551759">
        <w:rPr>
          <w:b/>
          <w:sz w:val="24"/>
        </w:rPr>
        <w:t xml:space="preserve"> 2</w:t>
      </w:r>
      <w:r w:rsidR="00043FAE" w:rsidRPr="00551759">
        <w:rPr>
          <w:b/>
          <w:sz w:val="24"/>
        </w:rPr>
        <w:t xml:space="preserve"> </w:t>
      </w:r>
      <w:proofErr w:type="spellStart"/>
      <w:r w:rsidR="00043FAE" w:rsidRPr="00551759">
        <w:rPr>
          <w:b/>
          <w:sz w:val="24"/>
        </w:rPr>
        <w:t>Tanpa</w:t>
      </w:r>
      <w:proofErr w:type="spellEnd"/>
      <w:r w:rsidR="00043FAE" w:rsidRPr="00551759">
        <w:rPr>
          <w:b/>
          <w:sz w:val="24"/>
        </w:rPr>
        <w:t xml:space="preserve"> </w:t>
      </w:r>
      <w:proofErr w:type="spellStart"/>
      <w:r w:rsidR="00043FAE" w:rsidRPr="00551759">
        <w:rPr>
          <w:b/>
          <w:sz w:val="24"/>
        </w:rPr>
        <w:t>gelar</w:t>
      </w:r>
      <w:proofErr w:type="spellEnd"/>
    </w:p>
    <w:p w14:paraId="47ED2ACC" w14:textId="1919BAAC" w:rsidR="006C66EA" w:rsidRPr="00551759" w:rsidRDefault="00000000" w:rsidP="00D37734">
      <w:pPr>
        <w:spacing w:after="0" w:line="240" w:lineRule="auto"/>
        <w:jc w:val="center"/>
        <w:rPr>
          <w:b/>
          <w:sz w:val="24"/>
        </w:rPr>
      </w:pPr>
      <w:r w:rsidRPr="00551759">
        <w:rPr>
          <w:b/>
          <w:sz w:val="24"/>
        </w:rPr>
        <w:t xml:space="preserve">Nama </w:t>
      </w:r>
      <w:proofErr w:type="spellStart"/>
      <w:r w:rsidRPr="00551759">
        <w:rPr>
          <w:b/>
          <w:sz w:val="24"/>
        </w:rPr>
        <w:t>Penulis</w:t>
      </w:r>
      <w:proofErr w:type="spellEnd"/>
      <w:r w:rsidRPr="00551759">
        <w:rPr>
          <w:b/>
          <w:sz w:val="24"/>
        </w:rPr>
        <w:t xml:space="preserve"> 3</w:t>
      </w:r>
      <w:r w:rsidR="00043FAE" w:rsidRPr="00551759">
        <w:rPr>
          <w:b/>
          <w:sz w:val="24"/>
        </w:rPr>
        <w:t xml:space="preserve"> </w:t>
      </w:r>
      <w:proofErr w:type="spellStart"/>
      <w:r w:rsidR="00043FAE" w:rsidRPr="00551759">
        <w:rPr>
          <w:b/>
          <w:sz w:val="24"/>
        </w:rPr>
        <w:t>Tanpa</w:t>
      </w:r>
      <w:proofErr w:type="spellEnd"/>
      <w:r w:rsidR="00043FAE" w:rsidRPr="00551759">
        <w:rPr>
          <w:b/>
          <w:sz w:val="24"/>
        </w:rPr>
        <w:t xml:space="preserve"> </w:t>
      </w:r>
      <w:proofErr w:type="spellStart"/>
      <w:r w:rsidR="00043FAE" w:rsidRPr="00551759">
        <w:rPr>
          <w:b/>
          <w:sz w:val="24"/>
        </w:rPr>
        <w:t>gelar</w:t>
      </w:r>
      <w:proofErr w:type="spellEnd"/>
    </w:p>
    <w:p w14:paraId="63481685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6D627195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13B4707D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612CA669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72DF6162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0815508A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2FA9FD04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1D9DF74D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353F66BE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52CDCBD1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7335CE67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0B874AB0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699439D5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7EF78F5E" w14:textId="77777777" w:rsidR="00D37734" w:rsidRPr="00551759" w:rsidRDefault="00D37734" w:rsidP="00D37734">
      <w:pPr>
        <w:spacing w:after="0" w:line="240" w:lineRule="auto"/>
        <w:jc w:val="center"/>
        <w:rPr>
          <w:b/>
          <w:sz w:val="24"/>
        </w:rPr>
      </w:pPr>
    </w:p>
    <w:p w14:paraId="37877FE4" w14:textId="77777777" w:rsidR="00D37734" w:rsidRPr="00551759" w:rsidRDefault="00D37734" w:rsidP="00D37734">
      <w:pPr>
        <w:spacing w:after="0" w:line="240" w:lineRule="auto"/>
        <w:jc w:val="center"/>
      </w:pPr>
    </w:p>
    <w:p w14:paraId="708F9C43" w14:textId="77777777" w:rsidR="006C66EA" w:rsidRPr="00551759" w:rsidRDefault="006C66EA"/>
    <w:p w14:paraId="01D6493D" w14:textId="5CB51437" w:rsidR="006C66EA" w:rsidRPr="00551759" w:rsidRDefault="00000000" w:rsidP="004A7DCB">
      <w:pPr>
        <w:jc w:val="center"/>
      </w:pPr>
      <w:r w:rsidRPr="00551759">
        <w:rPr>
          <w:noProof/>
        </w:rPr>
        <w:drawing>
          <wp:inline distT="0" distB="0" distL="0" distR="0" wp14:anchorId="5F2B7392" wp14:editId="3B0F5F9D">
            <wp:extent cx="2187847" cy="7112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ddi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8138" cy="71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759">
        <w:br w:type="page"/>
      </w:r>
    </w:p>
    <w:p w14:paraId="74B49817" w14:textId="77777777" w:rsidR="00681AE9" w:rsidRPr="00551759" w:rsidRDefault="00681AE9" w:rsidP="00043FAE">
      <w:pPr>
        <w:pStyle w:val="BagianDepan"/>
        <w:spacing w:after="120"/>
      </w:pPr>
    </w:p>
    <w:p w14:paraId="25938105" w14:textId="2CD2A4FD" w:rsidR="00043FAE" w:rsidRPr="00551759" w:rsidRDefault="00276141" w:rsidP="00043FAE">
      <w:pPr>
        <w:pStyle w:val="BagianDepan"/>
        <w:spacing w:after="120"/>
      </w:pPr>
      <w:r w:rsidRPr="00551759">
        <w:t>THE HEART OF MANAGING PEOPLE</w:t>
      </w:r>
    </w:p>
    <w:p w14:paraId="32F02E01" w14:textId="77777777" w:rsidR="00043FAE" w:rsidRPr="00551759" w:rsidRDefault="00043FAE" w:rsidP="00043FAE">
      <w:pPr>
        <w:jc w:val="center"/>
      </w:pPr>
    </w:p>
    <w:p w14:paraId="44B74680" w14:textId="77777777" w:rsidR="00681AE9" w:rsidRPr="00551759" w:rsidRDefault="00681AE9" w:rsidP="00681AE9">
      <w:pPr>
        <w:spacing w:after="0"/>
        <w:jc w:val="center"/>
        <w:rPr>
          <w:b/>
          <w:bCs/>
        </w:rPr>
      </w:pPr>
      <w:proofErr w:type="spellStart"/>
      <w:r w:rsidRPr="00551759">
        <w:rPr>
          <w:b/>
          <w:bCs/>
        </w:rPr>
        <w:t>Penulis</w:t>
      </w:r>
      <w:proofErr w:type="spellEnd"/>
      <w:r w:rsidRPr="00551759">
        <w:rPr>
          <w:b/>
          <w:bCs/>
        </w:rPr>
        <w:t>:</w:t>
      </w:r>
    </w:p>
    <w:p w14:paraId="313A8CE4" w14:textId="77777777" w:rsidR="00681AE9" w:rsidRPr="00551759" w:rsidRDefault="00681AE9" w:rsidP="00681AE9">
      <w:pPr>
        <w:spacing w:after="0"/>
        <w:jc w:val="center"/>
      </w:pPr>
      <w:r w:rsidRPr="00551759">
        <w:t xml:space="preserve">Nama </w:t>
      </w:r>
      <w:proofErr w:type="spellStart"/>
      <w:r w:rsidRPr="00551759">
        <w:t>Penulis</w:t>
      </w:r>
      <w:proofErr w:type="spellEnd"/>
      <w:r w:rsidRPr="00551759">
        <w:t xml:space="preserve"> 1 </w:t>
      </w:r>
      <w:proofErr w:type="spellStart"/>
      <w:r w:rsidRPr="00551759">
        <w:t>Tanpa</w:t>
      </w:r>
      <w:proofErr w:type="spellEnd"/>
      <w:r w:rsidRPr="00551759">
        <w:t xml:space="preserve"> </w:t>
      </w:r>
      <w:proofErr w:type="spellStart"/>
      <w:r w:rsidRPr="00551759">
        <w:t>gelar</w:t>
      </w:r>
      <w:proofErr w:type="spellEnd"/>
    </w:p>
    <w:p w14:paraId="2E3BC578" w14:textId="77777777" w:rsidR="00681AE9" w:rsidRPr="00551759" w:rsidRDefault="00681AE9" w:rsidP="00681AE9">
      <w:pPr>
        <w:spacing w:after="0"/>
        <w:jc w:val="center"/>
      </w:pPr>
      <w:r w:rsidRPr="00551759">
        <w:t xml:space="preserve">Nama </w:t>
      </w:r>
      <w:proofErr w:type="spellStart"/>
      <w:r w:rsidRPr="00551759">
        <w:t>Penulis</w:t>
      </w:r>
      <w:proofErr w:type="spellEnd"/>
      <w:r w:rsidRPr="00551759">
        <w:t xml:space="preserve"> 2 </w:t>
      </w:r>
      <w:proofErr w:type="spellStart"/>
      <w:r w:rsidRPr="00551759">
        <w:t>Tanpa</w:t>
      </w:r>
      <w:proofErr w:type="spellEnd"/>
      <w:r w:rsidRPr="00551759">
        <w:t xml:space="preserve"> </w:t>
      </w:r>
      <w:proofErr w:type="spellStart"/>
      <w:r w:rsidRPr="00551759">
        <w:t>gelar</w:t>
      </w:r>
      <w:proofErr w:type="spellEnd"/>
    </w:p>
    <w:p w14:paraId="7A961BA1" w14:textId="3AE7DAC5" w:rsidR="00681AE9" w:rsidRPr="00551759" w:rsidRDefault="00681AE9" w:rsidP="00681AE9">
      <w:pPr>
        <w:spacing w:after="0"/>
        <w:jc w:val="center"/>
      </w:pPr>
      <w:r w:rsidRPr="00551759">
        <w:t xml:space="preserve">Nama </w:t>
      </w:r>
      <w:proofErr w:type="spellStart"/>
      <w:r w:rsidRPr="00551759">
        <w:t>Penulis</w:t>
      </w:r>
      <w:proofErr w:type="spellEnd"/>
      <w:r w:rsidRPr="00551759">
        <w:t xml:space="preserve"> 3 </w:t>
      </w:r>
      <w:proofErr w:type="spellStart"/>
      <w:r w:rsidRPr="00551759">
        <w:t>Tanpa</w:t>
      </w:r>
      <w:proofErr w:type="spellEnd"/>
      <w:r w:rsidRPr="00551759">
        <w:t xml:space="preserve"> </w:t>
      </w:r>
      <w:proofErr w:type="spellStart"/>
      <w:r w:rsidRPr="00551759">
        <w:t>gelar</w:t>
      </w:r>
      <w:proofErr w:type="spellEnd"/>
    </w:p>
    <w:p w14:paraId="6BAEE101" w14:textId="77777777" w:rsidR="00681AE9" w:rsidRPr="00551759" w:rsidRDefault="00681AE9" w:rsidP="00681AE9">
      <w:pPr>
        <w:spacing w:after="0"/>
        <w:jc w:val="center"/>
      </w:pPr>
    </w:p>
    <w:p w14:paraId="2EFAC466" w14:textId="77777777" w:rsidR="00681AE9" w:rsidRPr="00551759" w:rsidRDefault="00681AE9" w:rsidP="00681AE9">
      <w:pPr>
        <w:spacing w:after="0"/>
        <w:jc w:val="center"/>
      </w:pPr>
      <w:r w:rsidRPr="00551759">
        <w:rPr>
          <w:b/>
          <w:bCs/>
        </w:rPr>
        <w:t>Editor:</w:t>
      </w:r>
      <w:r w:rsidRPr="00551759">
        <w:t xml:space="preserve"> Akbar Iskandar</w:t>
      </w:r>
    </w:p>
    <w:p w14:paraId="654D3938" w14:textId="77777777" w:rsidR="00681AE9" w:rsidRPr="00551759" w:rsidRDefault="00681AE9" w:rsidP="00681AE9">
      <w:pPr>
        <w:spacing w:after="0"/>
        <w:jc w:val="center"/>
      </w:pPr>
      <w:r w:rsidRPr="00551759">
        <w:rPr>
          <w:b/>
          <w:bCs/>
        </w:rPr>
        <w:t>Desain Sampul:</w:t>
      </w:r>
      <w:r w:rsidRPr="00551759">
        <w:t xml:space="preserve"> Tim </w:t>
      </w:r>
      <w:proofErr w:type="spellStart"/>
      <w:r w:rsidRPr="00551759">
        <w:t>Kreatif</w:t>
      </w:r>
      <w:proofErr w:type="spellEnd"/>
      <w:r w:rsidRPr="00551759">
        <w:t xml:space="preserve"> CEDDI Publisher</w:t>
      </w:r>
    </w:p>
    <w:p w14:paraId="5E991413" w14:textId="77777777" w:rsidR="00681AE9" w:rsidRPr="00551759" w:rsidRDefault="00681AE9" w:rsidP="00681AE9">
      <w:pPr>
        <w:spacing w:after="0"/>
        <w:jc w:val="center"/>
      </w:pPr>
      <w:r w:rsidRPr="00551759">
        <w:rPr>
          <w:b/>
          <w:bCs/>
        </w:rPr>
        <w:t>Tata Letak:</w:t>
      </w:r>
      <w:r w:rsidRPr="00551759">
        <w:t xml:space="preserve"> [Nama Layouter]</w:t>
      </w:r>
    </w:p>
    <w:p w14:paraId="31A40AF9" w14:textId="100A6D6C" w:rsidR="00681AE9" w:rsidRPr="00551759" w:rsidRDefault="00681AE9" w:rsidP="00681AE9">
      <w:pPr>
        <w:spacing w:after="0"/>
        <w:jc w:val="center"/>
      </w:pPr>
      <w:proofErr w:type="spellStart"/>
      <w:r w:rsidRPr="00551759">
        <w:rPr>
          <w:b/>
          <w:bCs/>
        </w:rPr>
        <w:t>Ukuran</w:t>
      </w:r>
      <w:proofErr w:type="spellEnd"/>
      <w:r w:rsidRPr="00551759">
        <w:rPr>
          <w:b/>
          <w:bCs/>
        </w:rPr>
        <w:t>:</w:t>
      </w:r>
      <w:r w:rsidRPr="00551759">
        <w:t xml:space="preserve"> </w:t>
      </w:r>
      <w:r w:rsidR="00CD1FFF" w:rsidRPr="00551759">
        <w:t xml:space="preserve">ix, 178 </w:t>
      </w:r>
      <w:proofErr w:type="spellStart"/>
      <w:r w:rsidR="00CD1FFF" w:rsidRPr="00551759">
        <w:t>hlm</w:t>
      </w:r>
      <w:proofErr w:type="spellEnd"/>
      <w:r w:rsidR="00CD1FFF" w:rsidRPr="00551759">
        <w:t>, 15.5 cm x 23 cm</w:t>
      </w:r>
    </w:p>
    <w:p w14:paraId="7D45C5C6" w14:textId="77777777" w:rsidR="00681AE9" w:rsidRPr="00551759" w:rsidRDefault="00681AE9" w:rsidP="00681AE9">
      <w:pPr>
        <w:spacing w:after="0"/>
        <w:jc w:val="center"/>
      </w:pPr>
      <w:proofErr w:type="spellStart"/>
      <w:r w:rsidRPr="00551759">
        <w:rPr>
          <w:b/>
          <w:bCs/>
        </w:rPr>
        <w:t>Jumlah</w:t>
      </w:r>
      <w:proofErr w:type="spellEnd"/>
      <w:r w:rsidRPr="00551759">
        <w:rPr>
          <w:b/>
          <w:bCs/>
        </w:rPr>
        <w:t xml:space="preserve"> Halaman</w:t>
      </w:r>
      <w:r w:rsidRPr="00551759">
        <w:t>: [</w:t>
      </w:r>
      <w:proofErr w:type="spellStart"/>
      <w:r w:rsidRPr="00551759">
        <w:t>diisi</w:t>
      </w:r>
      <w:proofErr w:type="spellEnd"/>
      <w:r w:rsidRPr="00551759">
        <w:t xml:space="preserve"> </w:t>
      </w:r>
      <w:proofErr w:type="spellStart"/>
      <w:r w:rsidRPr="00551759">
        <w:t>setelah</w:t>
      </w:r>
      <w:proofErr w:type="spellEnd"/>
      <w:r w:rsidRPr="00551759">
        <w:t xml:space="preserve"> tata </w:t>
      </w:r>
      <w:proofErr w:type="spellStart"/>
      <w:r w:rsidRPr="00551759">
        <w:t>letak</w:t>
      </w:r>
      <w:proofErr w:type="spellEnd"/>
      <w:r w:rsidRPr="00551759">
        <w:t xml:space="preserve"> final]</w:t>
      </w:r>
    </w:p>
    <w:p w14:paraId="78C13C88" w14:textId="77777777" w:rsidR="00681AE9" w:rsidRPr="00551759" w:rsidRDefault="00681AE9" w:rsidP="00681AE9">
      <w:pPr>
        <w:spacing w:after="0"/>
        <w:jc w:val="center"/>
        <w:rPr>
          <w:b/>
          <w:bCs/>
        </w:rPr>
      </w:pPr>
      <w:r w:rsidRPr="00551759">
        <w:rPr>
          <w:b/>
          <w:bCs/>
        </w:rPr>
        <w:t>ISBN:</w:t>
      </w:r>
      <w:r w:rsidRPr="00551759">
        <w:t xml:space="preserve"> </w:t>
      </w:r>
      <w:r w:rsidRPr="00551759">
        <w:rPr>
          <w:b/>
          <w:bCs/>
        </w:rPr>
        <w:t>[</w:t>
      </w:r>
      <w:proofErr w:type="spellStart"/>
      <w:r w:rsidRPr="00551759">
        <w:rPr>
          <w:b/>
          <w:bCs/>
        </w:rPr>
        <w:t>diisi</w:t>
      </w:r>
      <w:proofErr w:type="spellEnd"/>
      <w:r w:rsidRPr="00551759">
        <w:rPr>
          <w:b/>
          <w:bCs/>
        </w:rPr>
        <w:t xml:space="preserve"> oleh </w:t>
      </w:r>
      <w:proofErr w:type="spellStart"/>
      <w:r w:rsidRPr="00551759">
        <w:rPr>
          <w:b/>
          <w:bCs/>
        </w:rPr>
        <w:t>penerbit</w:t>
      </w:r>
      <w:proofErr w:type="spellEnd"/>
      <w:r w:rsidRPr="00551759">
        <w:rPr>
          <w:b/>
          <w:bCs/>
        </w:rPr>
        <w:t>]</w:t>
      </w:r>
    </w:p>
    <w:p w14:paraId="283C1422" w14:textId="77777777" w:rsidR="00681AE9" w:rsidRPr="00551759" w:rsidRDefault="00681AE9" w:rsidP="00681AE9">
      <w:pPr>
        <w:spacing w:after="0"/>
        <w:jc w:val="center"/>
      </w:pPr>
      <w:r w:rsidRPr="00551759">
        <w:rPr>
          <w:b/>
          <w:bCs/>
        </w:rPr>
        <w:t>IKAPI:</w:t>
      </w:r>
      <w:r w:rsidRPr="00551759">
        <w:t xml:space="preserve"> 056/SSL/2023</w:t>
      </w:r>
    </w:p>
    <w:p w14:paraId="23DD3764" w14:textId="77777777" w:rsidR="00681AE9" w:rsidRPr="00551759" w:rsidRDefault="00681AE9" w:rsidP="00681AE9">
      <w:pPr>
        <w:spacing w:after="0"/>
        <w:jc w:val="center"/>
        <w:rPr>
          <w:b/>
          <w:bCs/>
        </w:rPr>
      </w:pPr>
      <w:proofErr w:type="spellStart"/>
      <w:r w:rsidRPr="00551759">
        <w:rPr>
          <w:b/>
          <w:bCs/>
        </w:rPr>
        <w:t>Cetakan</w:t>
      </w:r>
      <w:proofErr w:type="spellEnd"/>
      <w:r w:rsidRPr="00551759">
        <w:rPr>
          <w:b/>
          <w:bCs/>
        </w:rPr>
        <w:t xml:space="preserve"> </w:t>
      </w:r>
      <w:proofErr w:type="spellStart"/>
      <w:r w:rsidRPr="00551759">
        <w:rPr>
          <w:b/>
          <w:bCs/>
        </w:rPr>
        <w:t>Pertama</w:t>
      </w:r>
      <w:proofErr w:type="spellEnd"/>
      <w:r w:rsidRPr="00551759">
        <w:rPr>
          <w:b/>
          <w:bCs/>
        </w:rPr>
        <w:t>:</w:t>
      </w:r>
      <w:r w:rsidRPr="00551759">
        <w:t xml:space="preserve"> Maret 2026</w:t>
      </w:r>
    </w:p>
    <w:p w14:paraId="78A2C566" w14:textId="77777777" w:rsidR="00681AE9" w:rsidRPr="00551759" w:rsidRDefault="00681AE9" w:rsidP="00681AE9">
      <w:pPr>
        <w:spacing w:after="0"/>
        <w:jc w:val="center"/>
      </w:pPr>
    </w:p>
    <w:p w14:paraId="177BE49A" w14:textId="77777777" w:rsidR="00681AE9" w:rsidRPr="00551759" w:rsidRDefault="00681AE9" w:rsidP="00681AE9">
      <w:pPr>
        <w:spacing w:after="0"/>
        <w:jc w:val="center"/>
      </w:pPr>
      <w:r w:rsidRPr="00551759">
        <w:t xml:space="preserve">Hak </w:t>
      </w:r>
      <w:proofErr w:type="spellStart"/>
      <w:r w:rsidRPr="00551759">
        <w:t>cipta</w:t>
      </w:r>
      <w:proofErr w:type="spellEnd"/>
      <w:r w:rsidRPr="00551759">
        <w:t xml:space="preserve"> © 2026 oleh </w:t>
      </w:r>
      <w:proofErr w:type="spellStart"/>
      <w:r w:rsidRPr="00551759">
        <w:t>Penulis</w:t>
      </w:r>
      <w:proofErr w:type="spellEnd"/>
    </w:p>
    <w:p w14:paraId="06FD95E1" w14:textId="77777777" w:rsidR="00681AE9" w:rsidRPr="00551759" w:rsidRDefault="00681AE9" w:rsidP="00681AE9">
      <w:pPr>
        <w:spacing w:after="0"/>
        <w:jc w:val="center"/>
      </w:pPr>
    </w:p>
    <w:p w14:paraId="496B997A" w14:textId="77777777" w:rsidR="00681AE9" w:rsidRPr="00551759" w:rsidRDefault="00681AE9" w:rsidP="00681AE9">
      <w:pPr>
        <w:spacing w:after="0"/>
        <w:jc w:val="center"/>
      </w:pPr>
      <w:r w:rsidRPr="00551759">
        <w:t xml:space="preserve">Hak </w:t>
      </w:r>
      <w:proofErr w:type="spellStart"/>
      <w:r w:rsidRPr="00551759">
        <w:t>cipta</w:t>
      </w:r>
      <w:proofErr w:type="spellEnd"/>
      <w:r w:rsidRPr="00551759">
        <w:t xml:space="preserve"> </w:t>
      </w:r>
      <w:proofErr w:type="spellStart"/>
      <w:r w:rsidRPr="00551759">
        <w:t>dilindungi</w:t>
      </w:r>
      <w:proofErr w:type="spellEnd"/>
      <w:r w:rsidRPr="00551759">
        <w:t xml:space="preserve"> </w:t>
      </w:r>
      <w:proofErr w:type="spellStart"/>
      <w:r w:rsidRPr="00551759">
        <w:t>undang-undang</w:t>
      </w:r>
      <w:proofErr w:type="spellEnd"/>
      <w:r w:rsidRPr="00551759">
        <w:t xml:space="preserve">. </w:t>
      </w:r>
      <w:proofErr w:type="spellStart"/>
      <w:r w:rsidRPr="00551759">
        <w:t>Dilarang</w:t>
      </w:r>
      <w:proofErr w:type="spellEnd"/>
      <w:r w:rsidRPr="00551759">
        <w:t xml:space="preserve"> </w:t>
      </w:r>
      <w:proofErr w:type="spellStart"/>
      <w:r w:rsidRPr="00551759">
        <w:t>memperbanyak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menyebarluaskan</w:t>
      </w:r>
      <w:proofErr w:type="spellEnd"/>
      <w:r w:rsidRPr="00551759">
        <w:t xml:space="preserve"> </w:t>
      </w:r>
      <w:proofErr w:type="spellStart"/>
      <w:r w:rsidRPr="00551759">
        <w:t>sebagian</w:t>
      </w:r>
      <w:proofErr w:type="spellEnd"/>
      <w:r w:rsidRPr="00551759">
        <w:t xml:space="preserve"> </w:t>
      </w:r>
      <w:proofErr w:type="spellStart"/>
      <w:r w:rsidRPr="00551759">
        <w:t>maupun</w:t>
      </w:r>
      <w:proofErr w:type="spellEnd"/>
      <w:r w:rsidRPr="00551759">
        <w:t xml:space="preserve"> </w:t>
      </w:r>
      <w:proofErr w:type="spellStart"/>
      <w:r w:rsidRPr="00551759">
        <w:t>seluruh</w:t>
      </w:r>
      <w:proofErr w:type="spellEnd"/>
      <w:r w:rsidRPr="00551759">
        <w:t xml:space="preserve"> </w:t>
      </w:r>
      <w:proofErr w:type="spellStart"/>
      <w:r w:rsidRPr="00551759">
        <w:t>isi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 </w:t>
      </w:r>
      <w:proofErr w:type="spellStart"/>
      <w:r w:rsidRPr="00551759">
        <w:t>dalam</w:t>
      </w:r>
      <w:proofErr w:type="spellEnd"/>
      <w:r w:rsidRPr="00551759">
        <w:t xml:space="preserve"> </w:t>
      </w:r>
      <w:proofErr w:type="spellStart"/>
      <w:r w:rsidRPr="00551759">
        <w:t>bentuk</w:t>
      </w:r>
      <w:proofErr w:type="spellEnd"/>
      <w:r w:rsidRPr="00551759">
        <w:t xml:space="preserve"> </w:t>
      </w:r>
      <w:proofErr w:type="spellStart"/>
      <w:r w:rsidRPr="00551759">
        <w:t>apa</w:t>
      </w:r>
      <w:proofErr w:type="spellEnd"/>
      <w:r w:rsidRPr="00551759">
        <w:t xml:space="preserve"> pun </w:t>
      </w:r>
      <w:proofErr w:type="spellStart"/>
      <w:r w:rsidRPr="00551759">
        <w:t>tanpa</w:t>
      </w:r>
      <w:proofErr w:type="spellEnd"/>
      <w:r w:rsidRPr="00551759">
        <w:t xml:space="preserve"> </w:t>
      </w:r>
      <w:proofErr w:type="spellStart"/>
      <w:r w:rsidRPr="00551759">
        <w:t>izin</w:t>
      </w:r>
      <w:proofErr w:type="spellEnd"/>
      <w:r w:rsidRPr="00551759">
        <w:t xml:space="preserve"> </w:t>
      </w:r>
      <w:proofErr w:type="spellStart"/>
      <w:r w:rsidRPr="00551759">
        <w:t>tertulis</w:t>
      </w:r>
      <w:proofErr w:type="spellEnd"/>
      <w:r w:rsidRPr="00551759">
        <w:t xml:space="preserve"> </w:t>
      </w:r>
      <w:proofErr w:type="spellStart"/>
      <w:r w:rsidRPr="00551759">
        <w:t>dari</w:t>
      </w:r>
      <w:proofErr w:type="spellEnd"/>
      <w:r w:rsidRPr="00551759">
        <w:t xml:space="preserve"> </w:t>
      </w:r>
      <w:proofErr w:type="spellStart"/>
      <w:r w:rsidRPr="00551759">
        <w:t>penerbit</w:t>
      </w:r>
      <w:proofErr w:type="spellEnd"/>
      <w:r w:rsidRPr="00551759">
        <w:t xml:space="preserve">, </w:t>
      </w:r>
      <w:proofErr w:type="spellStart"/>
      <w:r w:rsidRPr="00551759">
        <w:t>kecuali</w:t>
      </w:r>
      <w:proofErr w:type="spellEnd"/>
      <w:r w:rsidRPr="00551759">
        <w:t xml:space="preserve"> untuk </w:t>
      </w:r>
      <w:proofErr w:type="spellStart"/>
      <w:r w:rsidRPr="00551759">
        <w:t>kutipan</w:t>
      </w:r>
      <w:proofErr w:type="spellEnd"/>
      <w:r w:rsidRPr="00551759">
        <w:t xml:space="preserve"> </w:t>
      </w:r>
      <w:proofErr w:type="spellStart"/>
      <w:r w:rsidRPr="00551759">
        <w:t>singkat</w:t>
      </w:r>
      <w:proofErr w:type="spellEnd"/>
      <w:r w:rsidRPr="00551759">
        <w:t xml:space="preserve"> </w:t>
      </w:r>
      <w:proofErr w:type="spellStart"/>
      <w:r w:rsidRPr="00551759">
        <w:t>dalam</w:t>
      </w:r>
      <w:proofErr w:type="spellEnd"/>
      <w:r w:rsidRPr="00551759">
        <w:t xml:space="preserve"> </w:t>
      </w:r>
      <w:proofErr w:type="spellStart"/>
      <w:r w:rsidRPr="00551759">
        <w:t>penulisan</w:t>
      </w:r>
      <w:proofErr w:type="spellEnd"/>
      <w:r w:rsidRPr="00551759">
        <w:t xml:space="preserve"> </w:t>
      </w:r>
      <w:proofErr w:type="spellStart"/>
      <w:r w:rsidRPr="00551759">
        <w:t>ilmiah</w:t>
      </w:r>
      <w:proofErr w:type="spellEnd"/>
      <w:r w:rsidRPr="00551759">
        <w:t>.</w:t>
      </w:r>
    </w:p>
    <w:p w14:paraId="3FEBB4C3" w14:textId="77777777" w:rsidR="00681AE9" w:rsidRPr="00551759" w:rsidRDefault="00681AE9" w:rsidP="00681AE9">
      <w:pPr>
        <w:spacing w:after="0"/>
        <w:jc w:val="center"/>
      </w:pPr>
    </w:p>
    <w:p w14:paraId="508275B4" w14:textId="77777777" w:rsidR="00681AE9" w:rsidRPr="00551759" w:rsidRDefault="00681AE9" w:rsidP="00681AE9">
      <w:pPr>
        <w:spacing w:after="0"/>
        <w:jc w:val="center"/>
        <w:rPr>
          <w:b/>
          <w:bCs/>
        </w:rPr>
      </w:pPr>
      <w:proofErr w:type="spellStart"/>
      <w:r w:rsidRPr="00551759">
        <w:rPr>
          <w:b/>
          <w:bCs/>
        </w:rPr>
        <w:t>Diterbitkan</w:t>
      </w:r>
      <w:proofErr w:type="spellEnd"/>
      <w:r w:rsidRPr="00551759">
        <w:rPr>
          <w:b/>
          <w:bCs/>
        </w:rPr>
        <w:t xml:space="preserve"> oleh:</w:t>
      </w:r>
    </w:p>
    <w:p w14:paraId="37EA6491" w14:textId="77777777" w:rsidR="00681AE9" w:rsidRPr="00551759" w:rsidRDefault="00681AE9" w:rsidP="00681AE9">
      <w:pPr>
        <w:spacing w:after="0"/>
        <w:jc w:val="center"/>
      </w:pPr>
      <w:r w:rsidRPr="00551759">
        <w:t xml:space="preserve">Yayasan </w:t>
      </w:r>
      <w:proofErr w:type="spellStart"/>
      <w:r w:rsidRPr="00551759">
        <w:t>Cendekiawan</w:t>
      </w:r>
      <w:proofErr w:type="spellEnd"/>
      <w:r w:rsidRPr="00551759">
        <w:t xml:space="preserve"> </w:t>
      </w:r>
      <w:proofErr w:type="spellStart"/>
      <w:r w:rsidRPr="00551759">
        <w:t>Inovasi</w:t>
      </w:r>
      <w:proofErr w:type="spellEnd"/>
      <w:r w:rsidRPr="00551759">
        <w:t xml:space="preserve"> Digital Indonesia</w:t>
      </w:r>
    </w:p>
    <w:p w14:paraId="3620D0EA" w14:textId="77777777" w:rsidR="00681AE9" w:rsidRPr="00551759" w:rsidRDefault="00681AE9" w:rsidP="00681AE9">
      <w:pPr>
        <w:spacing w:after="0"/>
        <w:jc w:val="center"/>
      </w:pPr>
      <w:r w:rsidRPr="00551759">
        <w:t xml:space="preserve">Jl. Lembo No. 175, </w:t>
      </w:r>
      <w:proofErr w:type="spellStart"/>
      <w:r w:rsidRPr="00551759">
        <w:t>Kelurahan</w:t>
      </w:r>
      <w:proofErr w:type="spellEnd"/>
      <w:r w:rsidRPr="00551759">
        <w:t xml:space="preserve"> Lembo, </w:t>
      </w:r>
      <w:proofErr w:type="spellStart"/>
      <w:r w:rsidRPr="00551759">
        <w:t>Kecamatan</w:t>
      </w:r>
      <w:proofErr w:type="spellEnd"/>
      <w:r w:rsidRPr="00551759">
        <w:t xml:space="preserve"> Tallo,</w:t>
      </w:r>
    </w:p>
    <w:p w14:paraId="23FB6A5D" w14:textId="77777777" w:rsidR="00681AE9" w:rsidRPr="00551759" w:rsidRDefault="00681AE9" w:rsidP="00681AE9">
      <w:pPr>
        <w:spacing w:after="0"/>
        <w:jc w:val="center"/>
      </w:pPr>
      <w:r w:rsidRPr="00551759">
        <w:t>Kota Makassar, Sulawesi Selatan 90213</w:t>
      </w:r>
    </w:p>
    <w:p w14:paraId="7F2C44F4" w14:textId="77777777" w:rsidR="00681AE9" w:rsidRPr="00551759" w:rsidRDefault="00681AE9" w:rsidP="00681AE9">
      <w:pPr>
        <w:spacing w:after="0"/>
        <w:jc w:val="center"/>
      </w:pPr>
      <w:proofErr w:type="spellStart"/>
      <w:r w:rsidRPr="00551759">
        <w:t>Telepon</w:t>
      </w:r>
      <w:proofErr w:type="spellEnd"/>
      <w:r w:rsidRPr="00551759">
        <w:t>/WhatsApp: 0852-5572-6616</w:t>
      </w:r>
    </w:p>
    <w:p w14:paraId="605E364E" w14:textId="77777777" w:rsidR="00681AE9" w:rsidRPr="00551759" w:rsidRDefault="00681AE9" w:rsidP="00681AE9">
      <w:pPr>
        <w:spacing w:after="0"/>
        <w:jc w:val="center"/>
      </w:pPr>
      <w:r w:rsidRPr="00551759">
        <w:t>Website: https://penerbit.ceddi.id/</w:t>
      </w:r>
    </w:p>
    <w:p w14:paraId="020A09BD" w14:textId="19563D4F" w:rsidR="00681AE9" w:rsidRPr="00551759" w:rsidRDefault="00681AE9" w:rsidP="00681AE9">
      <w:pPr>
        <w:spacing w:after="0"/>
        <w:jc w:val="center"/>
      </w:pPr>
      <w:r w:rsidRPr="00551759">
        <w:t>Email: press.ceddi@gmail.com</w:t>
      </w:r>
    </w:p>
    <w:p w14:paraId="2E96A656" w14:textId="77777777" w:rsidR="006C66EA" w:rsidRPr="00551759" w:rsidRDefault="00000000">
      <w:r w:rsidRPr="00551759">
        <w:br w:type="page"/>
      </w:r>
    </w:p>
    <w:p w14:paraId="64780995" w14:textId="77777777" w:rsidR="006C66EA" w:rsidRPr="00551759" w:rsidRDefault="00000000" w:rsidP="00F363E7">
      <w:pPr>
        <w:pStyle w:val="BagianDepan"/>
        <w:outlineLvl w:val="0"/>
      </w:pPr>
      <w:bookmarkStart w:id="0" w:name="_Toc239536591"/>
      <w:r w:rsidRPr="00551759">
        <w:lastRenderedPageBreak/>
        <w:t>KATA PENGANTAR</w:t>
      </w:r>
      <w:bookmarkEnd w:id="0"/>
    </w:p>
    <w:p w14:paraId="6C1478E3" w14:textId="77777777" w:rsidR="006C66EA" w:rsidRPr="00551759" w:rsidRDefault="00000000">
      <w:r w:rsidRPr="00551759">
        <w:t>[Tuliskan latar belakang penyusunan buku referensi, masalah atau bidang kajian yang dibahas, sasaran pembaca, ruang lingkup, serta kontribusi buku terhadap pengembangan pengetahuan.]</w:t>
      </w:r>
    </w:p>
    <w:p w14:paraId="686E7B8C" w14:textId="77777777" w:rsidR="006C66EA" w:rsidRPr="00551759" w:rsidRDefault="00000000">
      <w:r w:rsidRPr="00551759">
        <w:t>[Sampaikan apresiasi secara singkat kepada pihak yang berkontribusi dalam penulisan, penyuntingan, penelitian, atau penerbitan buku.]</w:t>
      </w:r>
    </w:p>
    <w:p w14:paraId="71869707" w14:textId="77777777" w:rsidR="006C66EA" w:rsidRPr="00551759" w:rsidRDefault="00000000">
      <w:r w:rsidRPr="00551759">
        <w:t>[Tutup dengan harapan penulis terhadap penggunaan dan pengembangan buku ini.]</w:t>
      </w:r>
    </w:p>
    <w:p w14:paraId="27728965" w14:textId="564B368C" w:rsidR="005667B0" w:rsidRDefault="00000000" w:rsidP="005667B0">
      <w:pPr>
        <w:spacing w:before="360"/>
        <w:jc w:val="right"/>
        <w:sectPr w:rsidR="005667B0" w:rsidSect="005500A7">
          <w:pgSz w:w="8787" w:h="13039"/>
          <w:pgMar w:top="1247" w:right="1134" w:bottom="1247" w:left="1418" w:header="510" w:footer="567" w:gutter="0"/>
          <w:pgNumType w:fmt="lowerRoman"/>
          <w:cols w:space="720"/>
          <w:titlePg/>
          <w:docGrid w:linePitch="360"/>
        </w:sectPr>
      </w:pPr>
      <w:r w:rsidRPr="00551759">
        <w:t>[Kota], [Bulan] 2026</w:t>
      </w:r>
      <w:r w:rsidRPr="00551759">
        <w:br/>
      </w:r>
      <w:proofErr w:type="spellStart"/>
      <w:r w:rsidRPr="00551759">
        <w:t>Penulis</w:t>
      </w:r>
      <w:proofErr w:type="spellEnd"/>
    </w:p>
    <w:p w14:paraId="68237A68" w14:textId="77777777" w:rsidR="006C66EA" w:rsidRPr="00551759" w:rsidRDefault="00000000">
      <w:pPr>
        <w:pStyle w:val="BagianDepan"/>
      </w:pPr>
      <w:r w:rsidRPr="00551759">
        <w:lastRenderedPageBreak/>
        <w:t>DAFTAR ISI</w:t>
      </w:r>
    </w:p>
    <w:p w14:paraId="097E67F3" w14:textId="503965C0" w:rsidR="00DD2DC1" w:rsidRPr="00C205A6" w:rsidRDefault="00000000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r w:rsidRPr="00551759">
        <w:fldChar w:fldCharType="begin"/>
      </w:r>
      <w:r w:rsidRPr="00551759">
        <w:instrText>TOC \o "1-3" \h \z \u</w:instrText>
      </w:r>
      <w:r w:rsidRPr="00551759">
        <w:fldChar w:fldCharType="separate"/>
      </w:r>
      <w:hyperlink w:anchor="_Toc239536591" w:history="1">
        <w:r w:rsidR="00DD2DC1" w:rsidRPr="00C205A6">
          <w:rPr>
            <w:rStyle w:val="Hyperlink"/>
            <w:noProof/>
          </w:rPr>
          <w:t>KATA PENGANTAR</w:t>
        </w:r>
        <w:r w:rsidR="00DD2DC1" w:rsidRPr="00C205A6">
          <w:rPr>
            <w:noProof/>
            <w:webHidden/>
          </w:rPr>
          <w:tab/>
        </w:r>
        <w:r w:rsidR="00DD2DC1" w:rsidRPr="00C205A6">
          <w:rPr>
            <w:noProof/>
            <w:webHidden/>
          </w:rPr>
          <w:fldChar w:fldCharType="begin"/>
        </w:r>
        <w:r w:rsidR="00DD2DC1" w:rsidRPr="00C205A6">
          <w:rPr>
            <w:noProof/>
            <w:webHidden/>
          </w:rPr>
          <w:instrText xml:space="preserve"> PAGEREF _Toc239536591 \h </w:instrText>
        </w:r>
        <w:r w:rsidR="00DD2DC1" w:rsidRPr="00C205A6">
          <w:rPr>
            <w:noProof/>
            <w:webHidden/>
          </w:rPr>
        </w:r>
        <w:r w:rsidR="00DD2DC1"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v</w:t>
        </w:r>
        <w:r w:rsidR="00DD2DC1" w:rsidRPr="00C205A6">
          <w:rPr>
            <w:noProof/>
            <w:webHidden/>
          </w:rPr>
          <w:fldChar w:fldCharType="end"/>
        </w:r>
      </w:hyperlink>
    </w:p>
    <w:p w14:paraId="51667858" w14:textId="600487F1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2" w:history="1">
        <w:r w:rsidRPr="00C205A6">
          <w:rPr>
            <w:rStyle w:val="Hyperlink"/>
            <w:noProof/>
          </w:rPr>
          <w:t>BAB I — JUDUL BAB 1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</w:t>
        </w:r>
        <w:r w:rsidRPr="00C205A6">
          <w:rPr>
            <w:noProof/>
            <w:webHidden/>
          </w:rPr>
          <w:fldChar w:fldCharType="end"/>
        </w:r>
      </w:hyperlink>
    </w:p>
    <w:p w14:paraId="6323A21B" w14:textId="359A5E8F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3" w:history="1">
        <w:r w:rsidRPr="00C205A6">
          <w:rPr>
            <w:rStyle w:val="Hyperlink"/>
            <w:noProof/>
          </w:rPr>
          <w:t>1.1 Pendahuluan (13 pt)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</w:t>
        </w:r>
        <w:r w:rsidRPr="00C205A6">
          <w:rPr>
            <w:noProof/>
            <w:webHidden/>
          </w:rPr>
          <w:fldChar w:fldCharType="end"/>
        </w:r>
      </w:hyperlink>
    </w:p>
    <w:p w14:paraId="690ED35A" w14:textId="3D9A465B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4" w:history="1">
        <w:r w:rsidRPr="00C205A6">
          <w:rPr>
            <w:rStyle w:val="Hyperlink"/>
            <w:noProof/>
          </w:rPr>
          <w:t>1.2 Landasan Konseptual dan Teoretis (13 pt)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</w:t>
        </w:r>
        <w:r w:rsidRPr="00C205A6">
          <w:rPr>
            <w:noProof/>
            <w:webHidden/>
          </w:rPr>
          <w:fldChar w:fldCharType="end"/>
        </w:r>
      </w:hyperlink>
    </w:p>
    <w:p w14:paraId="78CF12F6" w14:textId="5FA38F9F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5" w:history="1">
        <w:r w:rsidRPr="00C205A6">
          <w:rPr>
            <w:rStyle w:val="Hyperlink"/>
            <w:noProof/>
          </w:rPr>
          <w:t>1.2.1 Subbagian Kajian (11,5 pt)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</w:t>
        </w:r>
        <w:r w:rsidRPr="00C205A6">
          <w:rPr>
            <w:noProof/>
            <w:webHidden/>
          </w:rPr>
          <w:fldChar w:fldCharType="end"/>
        </w:r>
      </w:hyperlink>
    </w:p>
    <w:p w14:paraId="3B175D74" w14:textId="75D1DB32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6" w:history="1">
        <w:r w:rsidRPr="00C205A6">
          <w:rPr>
            <w:rStyle w:val="Hyperlink"/>
            <w:noProof/>
          </w:rPr>
          <w:t>1.3 Analisis, Data, Tabel, dan Gambar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</w:t>
        </w:r>
        <w:r w:rsidRPr="00C205A6">
          <w:rPr>
            <w:noProof/>
            <w:webHidden/>
          </w:rPr>
          <w:fldChar w:fldCharType="end"/>
        </w:r>
      </w:hyperlink>
    </w:p>
    <w:p w14:paraId="0A690F2C" w14:textId="504A7131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7" w:history="1">
        <w:r w:rsidRPr="00C205A6">
          <w:rPr>
            <w:rStyle w:val="Hyperlink"/>
            <w:noProof/>
          </w:rPr>
          <w:t>1.3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</w:t>
        </w:r>
        <w:r w:rsidRPr="00C205A6">
          <w:rPr>
            <w:noProof/>
            <w:webHidden/>
          </w:rPr>
          <w:fldChar w:fldCharType="end"/>
        </w:r>
      </w:hyperlink>
    </w:p>
    <w:p w14:paraId="7B77D144" w14:textId="3DEEDEC7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8" w:history="1">
        <w:r w:rsidRPr="00C205A6">
          <w:rPr>
            <w:rStyle w:val="Hyperlink"/>
            <w:noProof/>
          </w:rPr>
          <w:t>1.4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_Toc239536598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</w:t>
        </w:r>
        <w:r w:rsidRPr="00C205A6">
          <w:rPr>
            <w:noProof/>
            <w:webHidden/>
          </w:rPr>
          <w:fldChar w:fldCharType="end"/>
        </w:r>
      </w:hyperlink>
    </w:p>
    <w:p w14:paraId="3EA40614" w14:textId="6CC0462F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599" w:history="1">
        <w:r w:rsidRPr="00C205A6">
          <w:rPr>
            <w:rStyle w:val="Hyperlink"/>
            <w:noProof/>
          </w:rPr>
          <w:t>BAB II — JUDUL BAB 2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_Toc239536599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5</w:t>
        </w:r>
        <w:r w:rsidRPr="00C205A6">
          <w:rPr>
            <w:noProof/>
            <w:webHidden/>
          </w:rPr>
          <w:fldChar w:fldCharType="end"/>
        </w:r>
      </w:hyperlink>
    </w:p>
    <w:p w14:paraId="358A0828" w14:textId="78BDEBF5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0" w:history="1">
        <w:r w:rsidRPr="00C205A6">
          <w:rPr>
            <w:rStyle w:val="Hyperlink"/>
            <w:noProof/>
          </w:rPr>
          <w:t>2.1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_Toc239536600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5</w:t>
        </w:r>
        <w:r w:rsidRPr="00C205A6">
          <w:rPr>
            <w:noProof/>
            <w:webHidden/>
          </w:rPr>
          <w:fldChar w:fldCharType="end"/>
        </w:r>
      </w:hyperlink>
    </w:p>
    <w:p w14:paraId="0B67A6AC" w14:textId="34D3ED9F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1" w:history="1">
        <w:r w:rsidRPr="00C205A6">
          <w:rPr>
            <w:rStyle w:val="Hyperlink"/>
            <w:noProof/>
          </w:rPr>
          <w:t>2.2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_Toc239536601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5</w:t>
        </w:r>
        <w:r w:rsidRPr="00C205A6">
          <w:rPr>
            <w:noProof/>
            <w:webHidden/>
          </w:rPr>
          <w:fldChar w:fldCharType="end"/>
        </w:r>
      </w:hyperlink>
    </w:p>
    <w:p w14:paraId="2271DA8B" w14:textId="2B3282C0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2" w:history="1">
        <w:r w:rsidRPr="00C205A6">
          <w:rPr>
            <w:rStyle w:val="Hyperlink"/>
            <w:noProof/>
          </w:rPr>
          <w:t>2.2.1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5</w:t>
        </w:r>
        <w:r w:rsidRPr="00C205A6">
          <w:rPr>
            <w:noProof/>
            <w:webHidden/>
          </w:rPr>
          <w:fldChar w:fldCharType="end"/>
        </w:r>
      </w:hyperlink>
    </w:p>
    <w:p w14:paraId="04D9D9F8" w14:textId="56F1C4E2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3" w:history="1">
        <w:r w:rsidRPr="00C205A6">
          <w:rPr>
            <w:rStyle w:val="Hyperlink"/>
            <w:noProof/>
          </w:rPr>
          <w:t>2.3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5</w:t>
        </w:r>
        <w:r w:rsidRPr="00C205A6">
          <w:rPr>
            <w:noProof/>
            <w:webHidden/>
          </w:rPr>
          <w:fldChar w:fldCharType="end"/>
        </w:r>
      </w:hyperlink>
    </w:p>
    <w:p w14:paraId="348BBFE8" w14:textId="69FF5585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4" w:history="1">
        <w:r w:rsidRPr="00C205A6">
          <w:rPr>
            <w:rStyle w:val="Hyperlink"/>
            <w:noProof/>
          </w:rPr>
          <w:t>2.4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5</w:t>
        </w:r>
        <w:r w:rsidRPr="00C205A6">
          <w:rPr>
            <w:noProof/>
            <w:webHidden/>
          </w:rPr>
          <w:fldChar w:fldCharType="end"/>
        </w:r>
      </w:hyperlink>
    </w:p>
    <w:p w14:paraId="704E05B0" w14:textId="7C9AF608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5" w:history="1">
        <w:r w:rsidRPr="00C205A6">
          <w:rPr>
            <w:rStyle w:val="Hyperlink"/>
            <w:noProof/>
          </w:rPr>
          <w:t>BAB III — JUDUL BAB 3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7</w:t>
        </w:r>
        <w:r w:rsidRPr="00C205A6">
          <w:rPr>
            <w:noProof/>
            <w:webHidden/>
          </w:rPr>
          <w:fldChar w:fldCharType="end"/>
        </w:r>
      </w:hyperlink>
    </w:p>
    <w:p w14:paraId="7C3D2C0B" w14:textId="52A74A66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6" w:history="1">
        <w:r w:rsidRPr="00C205A6">
          <w:rPr>
            <w:rStyle w:val="Hyperlink"/>
            <w:noProof/>
          </w:rPr>
          <w:t>3.1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7</w:t>
        </w:r>
        <w:r w:rsidRPr="00C205A6">
          <w:rPr>
            <w:noProof/>
            <w:webHidden/>
          </w:rPr>
          <w:fldChar w:fldCharType="end"/>
        </w:r>
      </w:hyperlink>
    </w:p>
    <w:p w14:paraId="51CF8C9E" w14:textId="3DB3BF45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7" w:history="1">
        <w:r w:rsidRPr="00C205A6">
          <w:rPr>
            <w:rStyle w:val="Hyperlink"/>
            <w:noProof/>
          </w:rPr>
          <w:t>3.2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7</w:t>
        </w:r>
        <w:r w:rsidRPr="00C205A6">
          <w:rPr>
            <w:noProof/>
            <w:webHidden/>
          </w:rPr>
          <w:fldChar w:fldCharType="end"/>
        </w:r>
      </w:hyperlink>
    </w:p>
    <w:p w14:paraId="22527586" w14:textId="0AB7BEC4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8" w:history="1">
        <w:r w:rsidRPr="00C205A6">
          <w:rPr>
            <w:rStyle w:val="Hyperlink"/>
            <w:noProof/>
          </w:rPr>
          <w:t>3.2.1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_Toc239536608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7</w:t>
        </w:r>
        <w:r w:rsidRPr="00C205A6">
          <w:rPr>
            <w:noProof/>
            <w:webHidden/>
          </w:rPr>
          <w:fldChar w:fldCharType="end"/>
        </w:r>
      </w:hyperlink>
    </w:p>
    <w:p w14:paraId="50734D47" w14:textId="0E79FC4C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09" w:history="1">
        <w:r w:rsidRPr="00C205A6">
          <w:rPr>
            <w:rStyle w:val="Hyperlink"/>
            <w:noProof/>
          </w:rPr>
          <w:t>3.3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_Toc239536609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7</w:t>
        </w:r>
        <w:r w:rsidRPr="00C205A6">
          <w:rPr>
            <w:noProof/>
            <w:webHidden/>
          </w:rPr>
          <w:fldChar w:fldCharType="end"/>
        </w:r>
      </w:hyperlink>
    </w:p>
    <w:p w14:paraId="72686E16" w14:textId="76949A18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0" w:history="1">
        <w:r w:rsidRPr="00C205A6">
          <w:rPr>
            <w:rStyle w:val="Hyperlink"/>
            <w:noProof/>
          </w:rPr>
          <w:t>3.4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_Toc239536610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7</w:t>
        </w:r>
        <w:r w:rsidRPr="00C205A6">
          <w:rPr>
            <w:noProof/>
            <w:webHidden/>
          </w:rPr>
          <w:fldChar w:fldCharType="end"/>
        </w:r>
      </w:hyperlink>
    </w:p>
    <w:p w14:paraId="2B544545" w14:textId="1A467297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1" w:history="1">
        <w:r w:rsidRPr="00C205A6">
          <w:rPr>
            <w:rStyle w:val="Hyperlink"/>
            <w:noProof/>
          </w:rPr>
          <w:t>3.5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_Toc239536611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8</w:t>
        </w:r>
        <w:r w:rsidRPr="00C205A6">
          <w:rPr>
            <w:noProof/>
            <w:webHidden/>
          </w:rPr>
          <w:fldChar w:fldCharType="end"/>
        </w:r>
      </w:hyperlink>
    </w:p>
    <w:p w14:paraId="5AF22488" w14:textId="6ABA8831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2" w:history="1">
        <w:r w:rsidRPr="00C205A6">
          <w:rPr>
            <w:rStyle w:val="Hyperlink"/>
            <w:noProof/>
          </w:rPr>
          <w:t>3.6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8</w:t>
        </w:r>
        <w:r w:rsidRPr="00C205A6">
          <w:rPr>
            <w:noProof/>
            <w:webHidden/>
          </w:rPr>
          <w:fldChar w:fldCharType="end"/>
        </w:r>
      </w:hyperlink>
    </w:p>
    <w:p w14:paraId="167065A7" w14:textId="6C6FD0CF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3" w:history="1">
        <w:r w:rsidRPr="00C205A6">
          <w:rPr>
            <w:rStyle w:val="Hyperlink"/>
            <w:noProof/>
          </w:rPr>
          <w:t>3.7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8</w:t>
        </w:r>
        <w:r w:rsidRPr="00C205A6">
          <w:rPr>
            <w:noProof/>
            <w:webHidden/>
          </w:rPr>
          <w:fldChar w:fldCharType="end"/>
        </w:r>
      </w:hyperlink>
    </w:p>
    <w:p w14:paraId="70F86EE3" w14:textId="5E4A3AC1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4" w:history="1">
        <w:r w:rsidRPr="00C205A6">
          <w:rPr>
            <w:rStyle w:val="Hyperlink"/>
            <w:noProof/>
          </w:rPr>
          <w:t>3.9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8</w:t>
        </w:r>
        <w:r w:rsidRPr="00C205A6">
          <w:rPr>
            <w:noProof/>
            <w:webHidden/>
          </w:rPr>
          <w:fldChar w:fldCharType="end"/>
        </w:r>
      </w:hyperlink>
    </w:p>
    <w:p w14:paraId="05C2F5A7" w14:textId="496789C9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5" w:history="1">
        <w:r w:rsidRPr="00C205A6">
          <w:rPr>
            <w:rStyle w:val="Hyperlink"/>
            <w:noProof/>
          </w:rPr>
          <w:t>3.10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9</w:t>
        </w:r>
        <w:r w:rsidRPr="00C205A6">
          <w:rPr>
            <w:noProof/>
            <w:webHidden/>
          </w:rPr>
          <w:fldChar w:fldCharType="end"/>
        </w:r>
      </w:hyperlink>
    </w:p>
    <w:p w14:paraId="2356AC76" w14:textId="22B361FC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6" w:history="1">
        <w:r w:rsidRPr="00C205A6">
          <w:rPr>
            <w:rStyle w:val="Hyperlink"/>
            <w:noProof/>
          </w:rPr>
          <w:t>BAB IV — JUDUL BAB 4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10</w:t>
        </w:r>
        <w:r w:rsidRPr="00C205A6">
          <w:rPr>
            <w:noProof/>
            <w:webHidden/>
          </w:rPr>
          <w:fldChar w:fldCharType="end"/>
        </w:r>
      </w:hyperlink>
    </w:p>
    <w:p w14:paraId="4F22E576" w14:textId="0AF088C5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7" w:history="1">
        <w:r w:rsidRPr="00C205A6">
          <w:rPr>
            <w:rStyle w:val="Hyperlink"/>
            <w:noProof/>
          </w:rPr>
          <w:t>4.1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10</w:t>
        </w:r>
        <w:r w:rsidRPr="00C205A6">
          <w:rPr>
            <w:noProof/>
            <w:webHidden/>
          </w:rPr>
          <w:fldChar w:fldCharType="end"/>
        </w:r>
      </w:hyperlink>
    </w:p>
    <w:p w14:paraId="08C9BB5C" w14:textId="64512FCF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8" w:history="1">
        <w:r w:rsidRPr="00C205A6">
          <w:rPr>
            <w:rStyle w:val="Hyperlink"/>
            <w:noProof/>
          </w:rPr>
          <w:t>4.2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_Toc239536618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10</w:t>
        </w:r>
        <w:r w:rsidRPr="00C205A6">
          <w:rPr>
            <w:noProof/>
            <w:webHidden/>
          </w:rPr>
          <w:fldChar w:fldCharType="end"/>
        </w:r>
      </w:hyperlink>
    </w:p>
    <w:p w14:paraId="3E256395" w14:textId="43AE429A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19" w:history="1">
        <w:r w:rsidRPr="00C205A6">
          <w:rPr>
            <w:rStyle w:val="Hyperlink"/>
            <w:noProof/>
          </w:rPr>
          <w:t>4.2.1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_Toc239536619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10</w:t>
        </w:r>
        <w:r w:rsidRPr="00C205A6">
          <w:rPr>
            <w:noProof/>
            <w:webHidden/>
          </w:rPr>
          <w:fldChar w:fldCharType="end"/>
        </w:r>
      </w:hyperlink>
    </w:p>
    <w:p w14:paraId="3B6A1695" w14:textId="57A69C86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0" w:history="1">
        <w:r w:rsidRPr="00C205A6">
          <w:rPr>
            <w:rStyle w:val="Hyperlink"/>
            <w:noProof/>
          </w:rPr>
          <w:t>4.3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_Toc239536620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10</w:t>
        </w:r>
        <w:r w:rsidRPr="00C205A6">
          <w:rPr>
            <w:noProof/>
            <w:webHidden/>
          </w:rPr>
          <w:fldChar w:fldCharType="end"/>
        </w:r>
      </w:hyperlink>
    </w:p>
    <w:p w14:paraId="6FF12898" w14:textId="10FA4B65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1" w:history="1">
        <w:r w:rsidRPr="00C205A6">
          <w:rPr>
            <w:rStyle w:val="Hyperlink"/>
            <w:noProof/>
          </w:rPr>
          <w:t>4.4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_Toc239536621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10</w:t>
        </w:r>
        <w:r w:rsidRPr="00C205A6">
          <w:rPr>
            <w:noProof/>
            <w:webHidden/>
          </w:rPr>
          <w:fldChar w:fldCharType="end"/>
        </w:r>
      </w:hyperlink>
    </w:p>
    <w:p w14:paraId="11AF4097" w14:textId="2BC6228A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2" w:history="1">
        <w:r w:rsidRPr="00C205A6">
          <w:rPr>
            <w:rStyle w:val="Hyperlink"/>
            <w:noProof/>
          </w:rPr>
          <w:t>BAB V — JUDUL BAB 5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12</w:t>
        </w:r>
        <w:r w:rsidRPr="00C205A6">
          <w:rPr>
            <w:noProof/>
            <w:webHidden/>
          </w:rPr>
          <w:fldChar w:fldCharType="end"/>
        </w:r>
      </w:hyperlink>
    </w:p>
    <w:p w14:paraId="0B4D8D97" w14:textId="73CFE23B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3" w:history="1">
        <w:r w:rsidRPr="00C205A6">
          <w:rPr>
            <w:rStyle w:val="Hyperlink"/>
            <w:noProof/>
          </w:rPr>
          <w:t>5.1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12</w:t>
        </w:r>
        <w:r w:rsidRPr="00C205A6">
          <w:rPr>
            <w:noProof/>
            <w:webHidden/>
          </w:rPr>
          <w:fldChar w:fldCharType="end"/>
        </w:r>
      </w:hyperlink>
    </w:p>
    <w:p w14:paraId="393D9E31" w14:textId="3398686A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4" w:history="1">
        <w:r w:rsidRPr="00C205A6">
          <w:rPr>
            <w:rStyle w:val="Hyperlink"/>
            <w:noProof/>
          </w:rPr>
          <w:t>5.2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12</w:t>
        </w:r>
        <w:r w:rsidRPr="00C205A6">
          <w:rPr>
            <w:noProof/>
            <w:webHidden/>
          </w:rPr>
          <w:fldChar w:fldCharType="end"/>
        </w:r>
      </w:hyperlink>
    </w:p>
    <w:p w14:paraId="0BEA8A75" w14:textId="56C1C911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5" w:history="1">
        <w:r w:rsidRPr="00C205A6">
          <w:rPr>
            <w:rStyle w:val="Hyperlink"/>
            <w:noProof/>
          </w:rPr>
          <w:t>5.2.1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12</w:t>
        </w:r>
        <w:r w:rsidRPr="00C205A6">
          <w:rPr>
            <w:noProof/>
            <w:webHidden/>
          </w:rPr>
          <w:fldChar w:fldCharType="end"/>
        </w:r>
      </w:hyperlink>
    </w:p>
    <w:p w14:paraId="3FCE5703" w14:textId="5E6994BA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6" w:history="1">
        <w:r w:rsidRPr="00C205A6">
          <w:rPr>
            <w:rStyle w:val="Hyperlink"/>
            <w:noProof/>
          </w:rPr>
          <w:t>5.3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12</w:t>
        </w:r>
        <w:r w:rsidRPr="00C205A6">
          <w:rPr>
            <w:noProof/>
            <w:webHidden/>
          </w:rPr>
          <w:fldChar w:fldCharType="end"/>
        </w:r>
      </w:hyperlink>
    </w:p>
    <w:p w14:paraId="69ECE3E1" w14:textId="081BC20E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7" w:history="1">
        <w:r w:rsidRPr="00C205A6">
          <w:rPr>
            <w:rStyle w:val="Hyperlink"/>
            <w:noProof/>
          </w:rPr>
          <w:t>5.4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12</w:t>
        </w:r>
        <w:r w:rsidRPr="00C205A6">
          <w:rPr>
            <w:noProof/>
            <w:webHidden/>
          </w:rPr>
          <w:fldChar w:fldCharType="end"/>
        </w:r>
      </w:hyperlink>
    </w:p>
    <w:p w14:paraId="3FEF2E1E" w14:textId="3CBB8961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8" w:history="1">
        <w:r w:rsidRPr="00C205A6">
          <w:rPr>
            <w:rStyle w:val="Hyperlink"/>
            <w:noProof/>
          </w:rPr>
          <w:t>BAB VI — JUDUL BAB 6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_Toc239536628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14</w:t>
        </w:r>
        <w:r w:rsidRPr="00C205A6">
          <w:rPr>
            <w:noProof/>
            <w:webHidden/>
          </w:rPr>
          <w:fldChar w:fldCharType="end"/>
        </w:r>
      </w:hyperlink>
    </w:p>
    <w:p w14:paraId="55C906A5" w14:textId="6020CD0A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29" w:history="1">
        <w:r w:rsidRPr="00C205A6">
          <w:rPr>
            <w:rStyle w:val="Hyperlink"/>
            <w:noProof/>
          </w:rPr>
          <w:t>6.1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_Toc239536629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14</w:t>
        </w:r>
        <w:r w:rsidRPr="00C205A6">
          <w:rPr>
            <w:noProof/>
            <w:webHidden/>
          </w:rPr>
          <w:fldChar w:fldCharType="end"/>
        </w:r>
      </w:hyperlink>
    </w:p>
    <w:p w14:paraId="1C10C84D" w14:textId="3540821C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0" w:history="1">
        <w:r w:rsidRPr="00C205A6">
          <w:rPr>
            <w:rStyle w:val="Hyperlink"/>
            <w:noProof/>
          </w:rPr>
          <w:t>6.2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_Toc239536630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14</w:t>
        </w:r>
        <w:r w:rsidRPr="00C205A6">
          <w:rPr>
            <w:noProof/>
            <w:webHidden/>
          </w:rPr>
          <w:fldChar w:fldCharType="end"/>
        </w:r>
      </w:hyperlink>
    </w:p>
    <w:p w14:paraId="4AE0FC14" w14:textId="6587142F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1" w:history="1">
        <w:r w:rsidRPr="00C205A6">
          <w:rPr>
            <w:rStyle w:val="Hyperlink"/>
            <w:noProof/>
          </w:rPr>
          <w:t>6.2.1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_Toc239536631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14</w:t>
        </w:r>
        <w:r w:rsidRPr="00C205A6">
          <w:rPr>
            <w:noProof/>
            <w:webHidden/>
          </w:rPr>
          <w:fldChar w:fldCharType="end"/>
        </w:r>
      </w:hyperlink>
    </w:p>
    <w:p w14:paraId="34335765" w14:textId="430E7F6E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2" w:history="1">
        <w:r w:rsidRPr="00C205A6">
          <w:rPr>
            <w:rStyle w:val="Hyperlink"/>
            <w:noProof/>
          </w:rPr>
          <w:t>6.3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14</w:t>
        </w:r>
        <w:r w:rsidRPr="00C205A6">
          <w:rPr>
            <w:noProof/>
            <w:webHidden/>
          </w:rPr>
          <w:fldChar w:fldCharType="end"/>
        </w:r>
      </w:hyperlink>
    </w:p>
    <w:p w14:paraId="30AC8626" w14:textId="688819CF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3" w:history="1">
        <w:r w:rsidRPr="00C205A6">
          <w:rPr>
            <w:rStyle w:val="Hyperlink"/>
            <w:noProof/>
          </w:rPr>
          <w:t>6.4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14</w:t>
        </w:r>
        <w:r w:rsidRPr="00C205A6">
          <w:rPr>
            <w:noProof/>
            <w:webHidden/>
          </w:rPr>
          <w:fldChar w:fldCharType="end"/>
        </w:r>
      </w:hyperlink>
    </w:p>
    <w:p w14:paraId="65A32C14" w14:textId="35206A80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4" w:history="1">
        <w:r w:rsidRPr="00C205A6">
          <w:rPr>
            <w:rStyle w:val="Hyperlink"/>
            <w:noProof/>
          </w:rPr>
          <w:t>BAB VII — JUDUL BAB 7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16</w:t>
        </w:r>
        <w:r w:rsidRPr="00C205A6">
          <w:rPr>
            <w:noProof/>
            <w:webHidden/>
          </w:rPr>
          <w:fldChar w:fldCharType="end"/>
        </w:r>
      </w:hyperlink>
    </w:p>
    <w:p w14:paraId="3FDEF806" w14:textId="6E5D82E9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5" w:history="1">
        <w:r w:rsidRPr="00C205A6">
          <w:rPr>
            <w:rStyle w:val="Hyperlink"/>
            <w:noProof/>
          </w:rPr>
          <w:t>7.1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16</w:t>
        </w:r>
        <w:r w:rsidRPr="00C205A6">
          <w:rPr>
            <w:noProof/>
            <w:webHidden/>
          </w:rPr>
          <w:fldChar w:fldCharType="end"/>
        </w:r>
      </w:hyperlink>
    </w:p>
    <w:p w14:paraId="67DDC236" w14:textId="4263BC72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6" w:history="1">
        <w:r w:rsidRPr="00C205A6">
          <w:rPr>
            <w:rStyle w:val="Hyperlink"/>
            <w:noProof/>
          </w:rPr>
          <w:t>7.2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16</w:t>
        </w:r>
        <w:r w:rsidRPr="00C205A6">
          <w:rPr>
            <w:noProof/>
            <w:webHidden/>
          </w:rPr>
          <w:fldChar w:fldCharType="end"/>
        </w:r>
      </w:hyperlink>
    </w:p>
    <w:p w14:paraId="41708F1F" w14:textId="6ADEB18D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7" w:history="1">
        <w:r w:rsidRPr="00C205A6">
          <w:rPr>
            <w:rStyle w:val="Hyperlink"/>
            <w:noProof/>
          </w:rPr>
          <w:t>7.2.1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16</w:t>
        </w:r>
        <w:r w:rsidRPr="00C205A6">
          <w:rPr>
            <w:noProof/>
            <w:webHidden/>
          </w:rPr>
          <w:fldChar w:fldCharType="end"/>
        </w:r>
      </w:hyperlink>
    </w:p>
    <w:p w14:paraId="162F7B9F" w14:textId="67E67DA8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8" w:history="1">
        <w:r w:rsidRPr="00C205A6">
          <w:rPr>
            <w:rStyle w:val="Hyperlink"/>
            <w:noProof/>
          </w:rPr>
          <w:t>7.3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_Toc239536638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16</w:t>
        </w:r>
        <w:r w:rsidRPr="00C205A6">
          <w:rPr>
            <w:noProof/>
            <w:webHidden/>
          </w:rPr>
          <w:fldChar w:fldCharType="end"/>
        </w:r>
      </w:hyperlink>
    </w:p>
    <w:p w14:paraId="36A630B2" w14:textId="1FEF7AFE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39" w:history="1">
        <w:r w:rsidRPr="00C205A6">
          <w:rPr>
            <w:rStyle w:val="Hyperlink"/>
            <w:noProof/>
          </w:rPr>
          <w:t>7.4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_Toc239536639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16</w:t>
        </w:r>
        <w:r w:rsidRPr="00C205A6">
          <w:rPr>
            <w:noProof/>
            <w:webHidden/>
          </w:rPr>
          <w:fldChar w:fldCharType="end"/>
        </w:r>
      </w:hyperlink>
    </w:p>
    <w:p w14:paraId="20A6DD68" w14:textId="703FC365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0" w:history="1">
        <w:r w:rsidRPr="00C205A6">
          <w:rPr>
            <w:rStyle w:val="Hyperlink"/>
            <w:noProof/>
          </w:rPr>
          <w:t>BAB VIII — JUDUL BAB 8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_Toc239536640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18</w:t>
        </w:r>
        <w:r w:rsidRPr="00C205A6">
          <w:rPr>
            <w:noProof/>
            <w:webHidden/>
          </w:rPr>
          <w:fldChar w:fldCharType="end"/>
        </w:r>
      </w:hyperlink>
    </w:p>
    <w:p w14:paraId="3C888FDC" w14:textId="532A1B8F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1" w:history="1">
        <w:r w:rsidRPr="00C205A6">
          <w:rPr>
            <w:rStyle w:val="Hyperlink"/>
            <w:noProof/>
          </w:rPr>
          <w:t>8.1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_Toc239536641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18</w:t>
        </w:r>
        <w:r w:rsidRPr="00C205A6">
          <w:rPr>
            <w:noProof/>
            <w:webHidden/>
          </w:rPr>
          <w:fldChar w:fldCharType="end"/>
        </w:r>
      </w:hyperlink>
    </w:p>
    <w:p w14:paraId="5E03C3C9" w14:textId="152CA94A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2" w:history="1">
        <w:r w:rsidRPr="00C205A6">
          <w:rPr>
            <w:rStyle w:val="Hyperlink"/>
            <w:noProof/>
          </w:rPr>
          <w:t>8.2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18</w:t>
        </w:r>
        <w:r w:rsidRPr="00C205A6">
          <w:rPr>
            <w:noProof/>
            <w:webHidden/>
          </w:rPr>
          <w:fldChar w:fldCharType="end"/>
        </w:r>
      </w:hyperlink>
    </w:p>
    <w:p w14:paraId="517AE031" w14:textId="2BCA0000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3" w:history="1">
        <w:r w:rsidRPr="00C205A6">
          <w:rPr>
            <w:rStyle w:val="Hyperlink"/>
            <w:noProof/>
          </w:rPr>
          <w:t>8.2.1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18</w:t>
        </w:r>
        <w:r w:rsidRPr="00C205A6">
          <w:rPr>
            <w:noProof/>
            <w:webHidden/>
          </w:rPr>
          <w:fldChar w:fldCharType="end"/>
        </w:r>
      </w:hyperlink>
    </w:p>
    <w:p w14:paraId="71F7A066" w14:textId="56860E5E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4" w:history="1">
        <w:r w:rsidRPr="00C205A6">
          <w:rPr>
            <w:rStyle w:val="Hyperlink"/>
            <w:noProof/>
          </w:rPr>
          <w:t>8.3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18</w:t>
        </w:r>
        <w:r w:rsidRPr="00C205A6">
          <w:rPr>
            <w:noProof/>
            <w:webHidden/>
          </w:rPr>
          <w:fldChar w:fldCharType="end"/>
        </w:r>
      </w:hyperlink>
    </w:p>
    <w:p w14:paraId="43D158C6" w14:textId="500EE9EC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5" w:history="1">
        <w:r w:rsidRPr="00C205A6">
          <w:rPr>
            <w:rStyle w:val="Hyperlink"/>
            <w:noProof/>
          </w:rPr>
          <w:t>8.4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18</w:t>
        </w:r>
        <w:r w:rsidRPr="00C205A6">
          <w:rPr>
            <w:noProof/>
            <w:webHidden/>
          </w:rPr>
          <w:fldChar w:fldCharType="end"/>
        </w:r>
      </w:hyperlink>
    </w:p>
    <w:p w14:paraId="5147772D" w14:textId="59B5B7A0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6" w:history="1">
        <w:r w:rsidRPr="00C205A6">
          <w:rPr>
            <w:rStyle w:val="Hyperlink"/>
            <w:noProof/>
          </w:rPr>
          <w:t>BAB IX — JUDUL BAB 9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20</w:t>
        </w:r>
        <w:r w:rsidRPr="00C205A6">
          <w:rPr>
            <w:noProof/>
            <w:webHidden/>
          </w:rPr>
          <w:fldChar w:fldCharType="end"/>
        </w:r>
      </w:hyperlink>
    </w:p>
    <w:p w14:paraId="3DB3CB9F" w14:textId="0E9DF790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7" w:history="1">
        <w:r w:rsidRPr="00C205A6">
          <w:rPr>
            <w:rStyle w:val="Hyperlink"/>
            <w:noProof/>
          </w:rPr>
          <w:t>9.1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20</w:t>
        </w:r>
        <w:r w:rsidRPr="00C205A6">
          <w:rPr>
            <w:noProof/>
            <w:webHidden/>
          </w:rPr>
          <w:fldChar w:fldCharType="end"/>
        </w:r>
      </w:hyperlink>
    </w:p>
    <w:p w14:paraId="3597572C" w14:textId="70094B5D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8" w:history="1">
        <w:r w:rsidRPr="00C205A6">
          <w:rPr>
            <w:rStyle w:val="Hyperlink"/>
            <w:noProof/>
          </w:rPr>
          <w:t>9.2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_Toc239536648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20</w:t>
        </w:r>
        <w:r w:rsidRPr="00C205A6">
          <w:rPr>
            <w:noProof/>
            <w:webHidden/>
          </w:rPr>
          <w:fldChar w:fldCharType="end"/>
        </w:r>
      </w:hyperlink>
    </w:p>
    <w:p w14:paraId="09F8069C" w14:textId="37E1E28B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49" w:history="1">
        <w:r w:rsidRPr="00C205A6">
          <w:rPr>
            <w:rStyle w:val="Hyperlink"/>
            <w:noProof/>
          </w:rPr>
          <w:t>9.2.1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_Toc239536649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20</w:t>
        </w:r>
        <w:r w:rsidRPr="00C205A6">
          <w:rPr>
            <w:noProof/>
            <w:webHidden/>
          </w:rPr>
          <w:fldChar w:fldCharType="end"/>
        </w:r>
      </w:hyperlink>
    </w:p>
    <w:p w14:paraId="0B223710" w14:textId="3713CBCA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0" w:history="1">
        <w:r w:rsidRPr="00C205A6">
          <w:rPr>
            <w:rStyle w:val="Hyperlink"/>
            <w:noProof/>
          </w:rPr>
          <w:t>9.3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_Toc239536650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20</w:t>
        </w:r>
        <w:r w:rsidRPr="00C205A6">
          <w:rPr>
            <w:noProof/>
            <w:webHidden/>
          </w:rPr>
          <w:fldChar w:fldCharType="end"/>
        </w:r>
      </w:hyperlink>
    </w:p>
    <w:p w14:paraId="3AA7109E" w14:textId="2CFD2DD5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1" w:history="1">
        <w:r w:rsidRPr="00C205A6">
          <w:rPr>
            <w:rStyle w:val="Hyperlink"/>
            <w:noProof/>
          </w:rPr>
          <w:t>9.4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_Toc239536651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20</w:t>
        </w:r>
        <w:r w:rsidRPr="00C205A6">
          <w:rPr>
            <w:noProof/>
            <w:webHidden/>
          </w:rPr>
          <w:fldChar w:fldCharType="end"/>
        </w:r>
      </w:hyperlink>
    </w:p>
    <w:p w14:paraId="363552E4" w14:textId="7010D695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2" w:history="1">
        <w:r w:rsidRPr="00C205A6">
          <w:rPr>
            <w:rStyle w:val="Hyperlink"/>
            <w:noProof/>
          </w:rPr>
          <w:t>BAB X — JUDUL BAB 10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22</w:t>
        </w:r>
        <w:r w:rsidRPr="00C205A6">
          <w:rPr>
            <w:noProof/>
            <w:webHidden/>
          </w:rPr>
          <w:fldChar w:fldCharType="end"/>
        </w:r>
      </w:hyperlink>
    </w:p>
    <w:p w14:paraId="36B9D855" w14:textId="479ABB49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3" w:history="1">
        <w:r w:rsidRPr="00C205A6">
          <w:rPr>
            <w:rStyle w:val="Hyperlink"/>
            <w:noProof/>
          </w:rPr>
          <w:t>10.1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22</w:t>
        </w:r>
        <w:r w:rsidRPr="00C205A6">
          <w:rPr>
            <w:noProof/>
            <w:webHidden/>
          </w:rPr>
          <w:fldChar w:fldCharType="end"/>
        </w:r>
      </w:hyperlink>
    </w:p>
    <w:p w14:paraId="12AD171D" w14:textId="740A72CF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4" w:history="1">
        <w:r w:rsidRPr="00C205A6">
          <w:rPr>
            <w:rStyle w:val="Hyperlink"/>
            <w:noProof/>
          </w:rPr>
          <w:t>10.2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22</w:t>
        </w:r>
        <w:r w:rsidRPr="00C205A6">
          <w:rPr>
            <w:noProof/>
            <w:webHidden/>
          </w:rPr>
          <w:fldChar w:fldCharType="end"/>
        </w:r>
      </w:hyperlink>
    </w:p>
    <w:p w14:paraId="155C6C09" w14:textId="5EDD2623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5" w:history="1">
        <w:r w:rsidRPr="00C205A6">
          <w:rPr>
            <w:rStyle w:val="Hyperlink"/>
            <w:noProof/>
          </w:rPr>
          <w:t>10.2.1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22</w:t>
        </w:r>
        <w:r w:rsidRPr="00C205A6">
          <w:rPr>
            <w:noProof/>
            <w:webHidden/>
          </w:rPr>
          <w:fldChar w:fldCharType="end"/>
        </w:r>
      </w:hyperlink>
    </w:p>
    <w:p w14:paraId="15A9471A" w14:textId="3E2EA224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6" w:history="1">
        <w:r w:rsidRPr="00C205A6">
          <w:rPr>
            <w:rStyle w:val="Hyperlink"/>
            <w:noProof/>
          </w:rPr>
          <w:t>10.3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22</w:t>
        </w:r>
        <w:r w:rsidRPr="00C205A6">
          <w:rPr>
            <w:noProof/>
            <w:webHidden/>
          </w:rPr>
          <w:fldChar w:fldCharType="end"/>
        </w:r>
      </w:hyperlink>
    </w:p>
    <w:p w14:paraId="1A195BE8" w14:textId="45249691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7" w:history="1">
        <w:r w:rsidRPr="00C205A6">
          <w:rPr>
            <w:rStyle w:val="Hyperlink"/>
            <w:noProof/>
          </w:rPr>
          <w:t>10.4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22</w:t>
        </w:r>
        <w:r w:rsidRPr="00C205A6">
          <w:rPr>
            <w:noProof/>
            <w:webHidden/>
          </w:rPr>
          <w:fldChar w:fldCharType="end"/>
        </w:r>
      </w:hyperlink>
    </w:p>
    <w:p w14:paraId="59E7943E" w14:textId="50C6B09D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8" w:history="1">
        <w:r w:rsidRPr="00C205A6">
          <w:rPr>
            <w:rStyle w:val="Hyperlink"/>
            <w:noProof/>
          </w:rPr>
          <w:t>BAB XI — JUDUL BAB 11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_Toc239536658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24</w:t>
        </w:r>
        <w:r w:rsidRPr="00C205A6">
          <w:rPr>
            <w:noProof/>
            <w:webHidden/>
          </w:rPr>
          <w:fldChar w:fldCharType="end"/>
        </w:r>
      </w:hyperlink>
    </w:p>
    <w:p w14:paraId="242EFADF" w14:textId="4AB7C5FC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59" w:history="1">
        <w:r w:rsidRPr="00C205A6">
          <w:rPr>
            <w:rStyle w:val="Hyperlink"/>
            <w:noProof/>
          </w:rPr>
          <w:t>11.1 Pendahuluan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_Toc239536659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24</w:t>
        </w:r>
        <w:r w:rsidRPr="00C205A6">
          <w:rPr>
            <w:noProof/>
            <w:webHidden/>
          </w:rPr>
          <w:fldChar w:fldCharType="end"/>
        </w:r>
      </w:hyperlink>
    </w:p>
    <w:p w14:paraId="395B0984" w14:textId="52565453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0" w:history="1">
        <w:r w:rsidRPr="00C205A6">
          <w:rPr>
            <w:rStyle w:val="Hyperlink"/>
            <w:noProof/>
          </w:rPr>
          <w:t>11.2 Landasan Konseptual dan Teoretis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_Toc239536660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24</w:t>
        </w:r>
        <w:r w:rsidRPr="00C205A6">
          <w:rPr>
            <w:noProof/>
            <w:webHidden/>
          </w:rPr>
          <w:fldChar w:fldCharType="end"/>
        </w:r>
      </w:hyperlink>
    </w:p>
    <w:p w14:paraId="7488D1E2" w14:textId="437A0A22" w:rsidR="00DD2DC1" w:rsidRPr="00C205A6" w:rsidRDefault="00DD2DC1" w:rsidP="00C205A6">
      <w:pPr>
        <w:pStyle w:val="TOC3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1" w:history="1">
        <w:r w:rsidRPr="00C205A6">
          <w:rPr>
            <w:rStyle w:val="Hyperlink"/>
            <w:noProof/>
          </w:rPr>
          <w:t>11.2.1 Subbagian Kajian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_Toc239536661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24</w:t>
        </w:r>
        <w:r w:rsidRPr="00C205A6">
          <w:rPr>
            <w:noProof/>
            <w:webHidden/>
          </w:rPr>
          <w:fldChar w:fldCharType="end"/>
        </w:r>
      </w:hyperlink>
    </w:p>
    <w:p w14:paraId="3FE8CF80" w14:textId="24DB6BEC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2" w:history="1">
        <w:r w:rsidRPr="00C205A6">
          <w:rPr>
            <w:rStyle w:val="Hyperlink"/>
            <w:noProof/>
          </w:rPr>
          <w:t>11.3 Pembahasan dan Implikasi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_Toc239536662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24</w:t>
        </w:r>
        <w:r w:rsidRPr="00C205A6">
          <w:rPr>
            <w:noProof/>
            <w:webHidden/>
          </w:rPr>
          <w:fldChar w:fldCharType="end"/>
        </w:r>
      </w:hyperlink>
    </w:p>
    <w:p w14:paraId="616D39D7" w14:textId="655C2AFD" w:rsidR="00DD2DC1" w:rsidRPr="00C205A6" w:rsidRDefault="00DD2DC1" w:rsidP="00C205A6">
      <w:pPr>
        <w:pStyle w:val="TOC2"/>
        <w:tabs>
          <w:tab w:val="right" w:leader="dot" w:pos="6226"/>
        </w:tabs>
        <w:spacing w:after="0"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3" w:history="1">
        <w:r w:rsidRPr="00C205A6">
          <w:rPr>
            <w:rStyle w:val="Hyperlink"/>
            <w:noProof/>
          </w:rPr>
          <w:t>11.4 Simpulan Bab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_Toc239536663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24</w:t>
        </w:r>
        <w:r w:rsidRPr="00C205A6">
          <w:rPr>
            <w:noProof/>
            <w:webHidden/>
          </w:rPr>
          <w:fldChar w:fldCharType="end"/>
        </w:r>
      </w:hyperlink>
    </w:p>
    <w:p w14:paraId="3650CCDD" w14:textId="7EF9453E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4" w:history="1">
        <w:r w:rsidRPr="00C205A6">
          <w:rPr>
            <w:rStyle w:val="Hyperlink"/>
            <w:noProof/>
          </w:rPr>
          <w:t>DAFTAR PUSTAKA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_Toc239536664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26</w:t>
        </w:r>
        <w:r w:rsidRPr="00C205A6">
          <w:rPr>
            <w:noProof/>
            <w:webHidden/>
          </w:rPr>
          <w:fldChar w:fldCharType="end"/>
        </w:r>
      </w:hyperlink>
    </w:p>
    <w:p w14:paraId="54D0195E" w14:textId="74928F93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5" w:history="1">
        <w:r w:rsidRPr="00C205A6">
          <w:rPr>
            <w:rStyle w:val="Hyperlink"/>
            <w:noProof/>
          </w:rPr>
          <w:t>GLOSARIUM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_Toc239536665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27</w:t>
        </w:r>
        <w:r w:rsidRPr="00C205A6">
          <w:rPr>
            <w:noProof/>
            <w:webHidden/>
          </w:rPr>
          <w:fldChar w:fldCharType="end"/>
        </w:r>
      </w:hyperlink>
    </w:p>
    <w:p w14:paraId="4E6A183E" w14:textId="14A9C833" w:rsidR="00DD2DC1" w:rsidRPr="00C205A6" w:rsidRDefault="00DD2DC1" w:rsidP="00C205A6">
      <w:pPr>
        <w:pStyle w:val="TOC1"/>
        <w:spacing w:line="240" w:lineRule="auto"/>
        <w:rPr>
          <w:rFonts w:eastAsiaTheme="minorEastAsia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6" w:history="1">
        <w:r w:rsidRPr="00C205A6">
          <w:rPr>
            <w:rStyle w:val="Hyperlink"/>
            <w:noProof/>
          </w:rPr>
          <w:t>INDEKS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_Toc239536666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28</w:t>
        </w:r>
        <w:r w:rsidRPr="00C205A6">
          <w:rPr>
            <w:noProof/>
            <w:webHidden/>
          </w:rPr>
          <w:fldChar w:fldCharType="end"/>
        </w:r>
      </w:hyperlink>
    </w:p>
    <w:p w14:paraId="5730EE58" w14:textId="4331789C" w:rsidR="00DD2DC1" w:rsidRDefault="00DD2DC1" w:rsidP="00C205A6">
      <w:pPr>
        <w:pStyle w:val="TOC1"/>
        <w:spacing w:line="240" w:lineRule="auto"/>
        <w:rPr>
          <w:rFonts w:asciiTheme="minorHAnsi" w:eastAsiaTheme="minorEastAsia" w:hAnsiTheme="minorHAnsi"/>
          <w:noProof/>
          <w:kern w:val="2"/>
          <w:sz w:val="24"/>
          <w:szCs w:val="24"/>
          <w:lang w:val="en-ID" w:eastAsia="en-ID"/>
          <w14:ligatures w14:val="standardContextual"/>
        </w:rPr>
      </w:pPr>
      <w:hyperlink w:anchor="_Toc239536667" w:history="1">
        <w:r w:rsidRPr="00C205A6">
          <w:rPr>
            <w:rStyle w:val="Hyperlink"/>
            <w:noProof/>
          </w:rPr>
          <w:t>TENTANG PENULIS</w:t>
        </w:r>
        <w:r w:rsidRPr="00C205A6">
          <w:rPr>
            <w:noProof/>
            <w:webHidden/>
          </w:rPr>
          <w:tab/>
        </w:r>
        <w:r w:rsidRPr="00C205A6">
          <w:rPr>
            <w:noProof/>
            <w:webHidden/>
          </w:rPr>
          <w:fldChar w:fldCharType="begin"/>
        </w:r>
        <w:r w:rsidRPr="00C205A6">
          <w:rPr>
            <w:noProof/>
            <w:webHidden/>
          </w:rPr>
          <w:instrText xml:space="preserve"> PAGEREF _Toc239536667 \h </w:instrText>
        </w:r>
        <w:r w:rsidRPr="00C205A6">
          <w:rPr>
            <w:noProof/>
            <w:webHidden/>
          </w:rPr>
        </w:r>
        <w:r w:rsidRPr="00C205A6">
          <w:rPr>
            <w:noProof/>
            <w:webHidden/>
          </w:rPr>
          <w:fldChar w:fldCharType="separate"/>
        </w:r>
        <w:r w:rsidR="00FF1F87" w:rsidRPr="00C205A6">
          <w:rPr>
            <w:noProof/>
            <w:webHidden/>
          </w:rPr>
          <w:t>29</w:t>
        </w:r>
        <w:r w:rsidRPr="00C205A6">
          <w:rPr>
            <w:noProof/>
            <w:webHidden/>
          </w:rPr>
          <w:fldChar w:fldCharType="end"/>
        </w:r>
      </w:hyperlink>
    </w:p>
    <w:p w14:paraId="72BAFD33" w14:textId="0B348E6C" w:rsidR="006C66EA" w:rsidRPr="00551759" w:rsidRDefault="00000000">
      <w:pPr>
        <w:ind w:firstLine="0"/>
      </w:pPr>
      <w:r w:rsidRPr="00551759">
        <w:lastRenderedPageBreak/>
        <w:fldChar w:fldCharType="end"/>
      </w:r>
    </w:p>
    <w:p w14:paraId="0A908F88" w14:textId="77777777" w:rsidR="006C66EA" w:rsidRPr="00551759" w:rsidRDefault="00000000">
      <w:r w:rsidRPr="00551759">
        <w:br w:type="page"/>
      </w:r>
    </w:p>
    <w:p w14:paraId="66DF0D93" w14:textId="77777777" w:rsidR="006C66EA" w:rsidRPr="00551759" w:rsidRDefault="006C66EA">
      <w:pPr>
        <w:sectPr w:rsidR="006C66EA" w:rsidRPr="00551759" w:rsidSect="005500A7">
          <w:footerReference w:type="even" r:id="rId9"/>
          <w:footerReference w:type="default" r:id="rId10"/>
          <w:headerReference w:type="first" r:id="rId11"/>
          <w:footerReference w:type="first" r:id="rId12"/>
          <w:pgSz w:w="8787" w:h="13039"/>
          <w:pgMar w:top="1247" w:right="1134" w:bottom="1247" w:left="1418" w:header="510" w:footer="567" w:gutter="0"/>
          <w:pgNumType w:fmt="lowerRoman"/>
          <w:cols w:space="720"/>
          <w:docGrid w:linePitch="360"/>
        </w:sectPr>
      </w:pPr>
    </w:p>
    <w:p w14:paraId="1618B0F3" w14:textId="685E2915" w:rsidR="006C66EA" w:rsidRPr="00551759" w:rsidRDefault="00000000" w:rsidP="006A2F52">
      <w:pPr>
        <w:pStyle w:val="Heading1"/>
      </w:pPr>
      <w:bookmarkStart w:id="1" w:name="_Toc239536592"/>
      <w:r w:rsidRPr="00551759">
        <w:lastRenderedPageBreak/>
        <w:t>BAB I — JUDUL BAB 1</w:t>
      </w:r>
      <w:bookmarkEnd w:id="1"/>
    </w:p>
    <w:p w14:paraId="4C490702" w14:textId="77777777" w:rsidR="006C66EA" w:rsidRPr="00551759" w:rsidRDefault="00000000">
      <w:pPr>
        <w:pStyle w:val="LeadBab"/>
      </w:pPr>
      <w:r w:rsidRPr="00551759">
        <w:t>[</w:t>
      </w:r>
      <w:proofErr w:type="spellStart"/>
      <w:r w:rsidRPr="00551759">
        <w:t>Tuliskan</w:t>
      </w:r>
      <w:proofErr w:type="spellEnd"/>
      <w:r w:rsidRPr="00551759">
        <w:t xml:space="preserve"> </w:t>
      </w:r>
      <w:proofErr w:type="spellStart"/>
      <w:r w:rsidRPr="00551759">
        <w:t>satu</w:t>
      </w:r>
      <w:proofErr w:type="spellEnd"/>
      <w:r w:rsidRPr="00551759">
        <w:t xml:space="preserve"> </w:t>
      </w:r>
      <w:proofErr w:type="spellStart"/>
      <w:r w:rsidRPr="00551759">
        <w:t>paragraf</w:t>
      </w:r>
      <w:proofErr w:type="spellEnd"/>
      <w:r w:rsidRPr="00551759">
        <w:t xml:space="preserve"> </w:t>
      </w:r>
      <w:proofErr w:type="spellStart"/>
      <w:r w:rsidRPr="00551759">
        <w:t>pembuka</w:t>
      </w:r>
      <w:proofErr w:type="spellEnd"/>
      <w:r w:rsidRPr="00551759">
        <w:t xml:space="preserve"> yang memperkenalkan isu, posisi bab dalam keseluruhan buku, dan alasan topik ini penting dikaji.]</w:t>
      </w:r>
    </w:p>
    <w:p w14:paraId="289EC26D" w14:textId="089548B0" w:rsidR="006C66EA" w:rsidRPr="00551759" w:rsidRDefault="00000000">
      <w:pPr>
        <w:pStyle w:val="Heading2"/>
        <w:rPr>
          <w:rFonts w:ascii="Garamond" w:hAnsi="Garamond"/>
        </w:rPr>
      </w:pPr>
      <w:bookmarkStart w:id="2" w:name="_Toc239536593"/>
      <w:r w:rsidRPr="00551759">
        <w:rPr>
          <w:rFonts w:ascii="Garamond" w:hAnsi="Garamond"/>
        </w:rPr>
        <w:t xml:space="preserve">1.1 </w:t>
      </w:r>
      <w:proofErr w:type="spellStart"/>
      <w:r w:rsidRPr="00551759">
        <w:rPr>
          <w:rFonts w:ascii="Garamond" w:hAnsi="Garamond"/>
        </w:rPr>
        <w:t>Pendahuluan</w:t>
      </w:r>
      <w:proofErr w:type="spellEnd"/>
      <w:r w:rsidR="00551759">
        <w:rPr>
          <w:rFonts w:ascii="Garamond" w:hAnsi="Garamond"/>
        </w:rPr>
        <w:t xml:space="preserve"> (13 pt)</w:t>
      </w:r>
      <w:bookmarkEnd w:id="2"/>
    </w:p>
    <w:p w14:paraId="6D959C3F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1F98161F" w14:textId="0258DA98" w:rsidR="006C66EA" w:rsidRPr="00551759" w:rsidRDefault="00000000">
      <w:pPr>
        <w:pStyle w:val="Heading2"/>
        <w:rPr>
          <w:rFonts w:ascii="Garamond" w:hAnsi="Garamond"/>
        </w:rPr>
      </w:pPr>
      <w:bookmarkStart w:id="3" w:name="_Toc239536594"/>
      <w:r w:rsidRPr="00551759">
        <w:rPr>
          <w:rFonts w:ascii="Garamond" w:hAnsi="Garamond"/>
        </w:rPr>
        <w:t xml:space="preserve">1.2 Landasan </w:t>
      </w:r>
      <w:proofErr w:type="spellStart"/>
      <w:r w:rsidRPr="00551759">
        <w:rPr>
          <w:rFonts w:ascii="Garamond" w:hAnsi="Garamond"/>
        </w:rPr>
        <w:t>Konseptual</w:t>
      </w:r>
      <w:proofErr w:type="spellEnd"/>
      <w:r w:rsidRPr="00551759">
        <w:rPr>
          <w:rFonts w:ascii="Garamond" w:hAnsi="Garamond"/>
        </w:rPr>
        <w:t xml:space="preserve"> dan </w:t>
      </w:r>
      <w:proofErr w:type="spellStart"/>
      <w:r w:rsidRPr="00551759">
        <w:rPr>
          <w:rFonts w:ascii="Garamond" w:hAnsi="Garamond"/>
        </w:rPr>
        <w:t>Teoretis</w:t>
      </w:r>
      <w:proofErr w:type="spellEnd"/>
      <w:r w:rsidR="00825367">
        <w:rPr>
          <w:rFonts w:ascii="Garamond" w:hAnsi="Garamond"/>
        </w:rPr>
        <w:t xml:space="preserve"> (13 pt)</w:t>
      </w:r>
      <w:bookmarkEnd w:id="3"/>
    </w:p>
    <w:p w14:paraId="28957935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0957A6D9" w14:textId="7CED5BDA" w:rsidR="006C66EA" w:rsidRPr="00551759" w:rsidRDefault="00000000">
      <w:pPr>
        <w:pStyle w:val="Heading3"/>
        <w:rPr>
          <w:rFonts w:ascii="Garamond" w:hAnsi="Garamond"/>
        </w:rPr>
      </w:pPr>
      <w:bookmarkStart w:id="4" w:name="_Toc239536595"/>
      <w:r w:rsidRPr="00551759">
        <w:rPr>
          <w:rFonts w:ascii="Garamond" w:hAnsi="Garamond"/>
        </w:rPr>
        <w:t xml:space="preserve">1.2.1 </w:t>
      </w:r>
      <w:proofErr w:type="spellStart"/>
      <w:r w:rsidRPr="00551759">
        <w:rPr>
          <w:rFonts w:ascii="Garamond" w:hAnsi="Garamond"/>
        </w:rPr>
        <w:t>Subbagian</w:t>
      </w:r>
      <w:proofErr w:type="spellEnd"/>
      <w:r w:rsidRPr="00551759">
        <w:rPr>
          <w:rFonts w:ascii="Garamond" w:hAnsi="Garamond"/>
        </w:rPr>
        <w:t xml:space="preserve"> Kajian</w:t>
      </w:r>
      <w:r w:rsidR="00825367">
        <w:rPr>
          <w:rFonts w:ascii="Garamond" w:hAnsi="Garamond"/>
        </w:rPr>
        <w:t xml:space="preserve"> </w:t>
      </w:r>
      <w:r w:rsidR="00825367" w:rsidRPr="00825367">
        <w:rPr>
          <w:rFonts w:ascii="Garamond" w:hAnsi="Garamond"/>
        </w:rPr>
        <w:t>(</w:t>
      </w:r>
      <w:r w:rsidR="00825367">
        <w:rPr>
          <w:rFonts w:ascii="Garamond" w:hAnsi="Garamond"/>
        </w:rPr>
        <w:t>11,5</w:t>
      </w:r>
      <w:r w:rsidR="00825367" w:rsidRPr="00825367">
        <w:rPr>
          <w:rFonts w:ascii="Garamond" w:hAnsi="Garamond"/>
        </w:rPr>
        <w:t xml:space="preserve"> pt)</w:t>
      </w:r>
      <w:bookmarkEnd w:id="4"/>
    </w:p>
    <w:p w14:paraId="02A875FA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</w:tblGrid>
      <w:tr w:rsidR="006C66EA" w:rsidRPr="00551759" w14:paraId="2F4927BE" w14:textId="77777777">
        <w:trPr>
          <w:jc w:val="center"/>
        </w:trPr>
        <w:tc>
          <w:tcPr>
            <w:tcW w:w="6236" w:type="dxa"/>
            <w:shd w:val="clear" w:color="auto" w:fill="EAF0F6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3C2B291" w14:textId="77777777" w:rsidR="006C66EA" w:rsidRPr="00551759" w:rsidRDefault="00000000">
            <w:pPr>
              <w:spacing w:after="0"/>
            </w:pPr>
            <w:r w:rsidRPr="00551759">
              <w:rPr>
                <w:b/>
                <w:color w:val="17365D"/>
              </w:rPr>
              <w:t xml:space="preserve">CATATAN ANALITIS  </w:t>
            </w:r>
            <w:r w:rsidRPr="00551759">
              <w:t>[Soroti temuan penting, perbedaan pandangan, atau implikasi konseptual yang perlu mendapat perhatian pembaca.]</w:t>
            </w:r>
          </w:p>
        </w:tc>
      </w:tr>
    </w:tbl>
    <w:p w14:paraId="24865DF2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" w:name="_Toc239536596"/>
      <w:r w:rsidRPr="00551759">
        <w:rPr>
          <w:rFonts w:ascii="Garamond" w:hAnsi="Garamond"/>
        </w:rPr>
        <w:t>1.3 Analisis, Data, Tabel, dan Gambar</w:t>
      </w:r>
      <w:bookmarkEnd w:id="5"/>
    </w:p>
    <w:p w14:paraId="51CED00D" w14:textId="77777777" w:rsidR="006C66EA" w:rsidRPr="00551759" w:rsidRDefault="00000000">
      <w:pPr>
        <w:pStyle w:val="Caption"/>
      </w:pPr>
      <w:r w:rsidRPr="00551759">
        <w:t>Tabel 1.1 Contoh judul tabel</w:t>
      </w:r>
    </w:p>
    <w:tbl>
      <w:tblPr>
        <w:tblW w:w="5000" w:type="pct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ook w:val="04A0" w:firstRow="1" w:lastRow="0" w:firstColumn="1" w:lastColumn="0" w:noHBand="0" w:noVBand="1"/>
      </w:tblPr>
      <w:tblGrid>
        <w:gridCol w:w="759"/>
        <w:gridCol w:w="2730"/>
        <w:gridCol w:w="2730"/>
      </w:tblGrid>
      <w:tr w:rsidR="006C66EA" w:rsidRPr="00551759" w14:paraId="21577076" w14:textId="77777777" w:rsidTr="00F34175">
        <w:trPr>
          <w:tblHeader/>
          <w:jc w:val="center"/>
        </w:trPr>
        <w:tc>
          <w:tcPr>
            <w:tcW w:w="600" w:type="pct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1052FA" w14:textId="77777777" w:rsidR="006C66EA" w:rsidRPr="00551759" w:rsidRDefault="00000000" w:rsidP="00F34175">
            <w:pPr>
              <w:spacing w:after="0"/>
              <w:ind w:firstLine="0"/>
              <w:jc w:val="center"/>
            </w:pPr>
            <w:r w:rsidRPr="00551759"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w="2200" w:type="pct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4BE28A" w14:textId="77777777" w:rsidR="006C66EA" w:rsidRPr="00551759" w:rsidRDefault="00000000" w:rsidP="00F34175">
            <w:pPr>
              <w:spacing w:after="0"/>
              <w:ind w:firstLine="0"/>
              <w:jc w:val="center"/>
            </w:pPr>
            <w:proofErr w:type="spellStart"/>
            <w:r w:rsidRPr="00551759">
              <w:rPr>
                <w:b/>
                <w:color w:val="FFFFFF"/>
                <w:sz w:val="20"/>
              </w:rPr>
              <w:t>Aspek</w:t>
            </w:r>
            <w:proofErr w:type="spellEnd"/>
          </w:p>
        </w:tc>
        <w:tc>
          <w:tcPr>
            <w:tcW w:w="2200" w:type="pct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3E97EE" w14:textId="77777777" w:rsidR="006C66EA" w:rsidRPr="00551759" w:rsidRDefault="00000000" w:rsidP="00F34175">
            <w:pPr>
              <w:spacing w:after="0"/>
              <w:ind w:firstLine="0"/>
              <w:jc w:val="center"/>
            </w:pPr>
            <w:proofErr w:type="spellStart"/>
            <w:r w:rsidRPr="00551759">
              <w:rPr>
                <w:b/>
                <w:color w:val="FFFFFF"/>
                <w:sz w:val="20"/>
              </w:rPr>
              <w:t>Keterangan</w:t>
            </w:r>
            <w:proofErr w:type="spellEnd"/>
          </w:p>
        </w:tc>
      </w:tr>
      <w:tr w:rsidR="006C66EA" w:rsidRPr="00551759" w14:paraId="3601BF10" w14:textId="77777777" w:rsidTr="00F34175">
        <w:trPr>
          <w:jc w:val="center"/>
        </w:trPr>
        <w:tc>
          <w:tcPr>
            <w:tcW w:w="600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22108" w14:textId="77777777" w:rsidR="006C66EA" w:rsidRPr="00551759" w:rsidRDefault="00000000" w:rsidP="00F34175">
            <w:pPr>
              <w:spacing w:after="0"/>
            </w:pPr>
            <w:r w:rsidRPr="00551759">
              <w:rPr>
                <w:sz w:val="20"/>
              </w:rPr>
              <w:t>1</w:t>
            </w:r>
          </w:p>
        </w:tc>
        <w:tc>
          <w:tcPr>
            <w:tcW w:w="2200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39F24B" w14:textId="77777777" w:rsidR="006C66EA" w:rsidRPr="00551759" w:rsidRDefault="00000000" w:rsidP="00F34175">
            <w:pPr>
              <w:spacing w:after="0"/>
            </w:pPr>
            <w:r w:rsidRPr="00551759">
              <w:rPr>
                <w:sz w:val="20"/>
              </w:rPr>
              <w:t>[Aspek 1]</w:t>
            </w:r>
          </w:p>
        </w:tc>
        <w:tc>
          <w:tcPr>
            <w:tcW w:w="2200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10FE89" w14:textId="77777777" w:rsidR="006C66EA" w:rsidRPr="00551759" w:rsidRDefault="00000000" w:rsidP="00F34175">
            <w:pPr>
              <w:spacing w:after="0"/>
            </w:pPr>
            <w:r w:rsidRPr="00551759">
              <w:rPr>
                <w:sz w:val="20"/>
              </w:rPr>
              <w:t>[Isi keterangan]</w:t>
            </w:r>
          </w:p>
        </w:tc>
      </w:tr>
      <w:tr w:rsidR="006C66EA" w:rsidRPr="00551759" w14:paraId="5E4AFB4B" w14:textId="77777777" w:rsidTr="00F34175">
        <w:trPr>
          <w:jc w:val="center"/>
        </w:trPr>
        <w:tc>
          <w:tcPr>
            <w:tcW w:w="600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0B94DD" w14:textId="77777777" w:rsidR="006C66EA" w:rsidRPr="00551759" w:rsidRDefault="00000000" w:rsidP="00F34175">
            <w:pPr>
              <w:spacing w:after="0"/>
            </w:pPr>
            <w:r w:rsidRPr="00551759">
              <w:rPr>
                <w:sz w:val="20"/>
              </w:rPr>
              <w:lastRenderedPageBreak/>
              <w:t>2</w:t>
            </w:r>
          </w:p>
        </w:tc>
        <w:tc>
          <w:tcPr>
            <w:tcW w:w="2200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5ACA22" w14:textId="77777777" w:rsidR="006C66EA" w:rsidRPr="00551759" w:rsidRDefault="00000000" w:rsidP="00F34175">
            <w:pPr>
              <w:spacing w:after="0"/>
            </w:pPr>
            <w:r w:rsidRPr="00551759">
              <w:rPr>
                <w:sz w:val="20"/>
              </w:rPr>
              <w:t>[Aspek 2]</w:t>
            </w:r>
          </w:p>
        </w:tc>
        <w:tc>
          <w:tcPr>
            <w:tcW w:w="2200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097144" w14:textId="77777777" w:rsidR="006C66EA" w:rsidRPr="00551759" w:rsidRDefault="00000000" w:rsidP="00F34175">
            <w:pPr>
              <w:spacing w:after="0"/>
            </w:pPr>
            <w:r w:rsidRPr="00551759">
              <w:rPr>
                <w:sz w:val="20"/>
              </w:rPr>
              <w:t>[Isi keterangan]</w:t>
            </w:r>
          </w:p>
        </w:tc>
      </w:tr>
    </w:tbl>
    <w:p w14:paraId="7D9751EC" w14:textId="77777777" w:rsidR="006C66EA" w:rsidRPr="00551759" w:rsidRDefault="00000000">
      <w:pPr>
        <w:pStyle w:val="Sumber"/>
      </w:pPr>
      <w:r w:rsidRPr="00551759">
        <w:t>Sumber: [Nama sumber, tahun]</w:t>
      </w:r>
    </w:p>
    <w:p w14:paraId="312EB73B" w14:textId="77777777" w:rsidR="006C66EA" w:rsidRPr="00551759" w:rsidRDefault="00000000">
      <w:pPr>
        <w:jc w:val="center"/>
      </w:pPr>
      <w:r w:rsidRPr="00551759">
        <w:rPr>
          <w:b/>
          <w:color w:val="666666"/>
          <w:sz w:val="24"/>
        </w:rPr>
        <w:br/>
        <w:t>[AREA GAMBAR/DIAGRAM]</w:t>
      </w:r>
      <w:r w:rsidRPr="00551759">
        <w:rPr>
          <w:b/>
          <w:color w:val="666666"/>
          <w:sz w:val="24"/>
        </w:rPr>
        <w:br/>
      </w:r>
    </w:p>
    <w:p w14:paraId="68382CDF" w14:textId="77777777" w:rsidR="006C66EA" w:rsidRPr="00551759" w:rsidRDefault="00000000">
      <w:pPr>
        <w:pStyle w:val="Caption"/>
      </w:pPr>
      <w:r w:rsidRPr="00551759">
        <w:t>Gambar 1.1 Contoh judul gambar</w:t>
      </w:r>
    </w:p>
    <w:p w14:paraId="4E1E4A11" w14:textId="77777777" w:rsidR="006C66EA" w:rsidRPr="00551759" w:rsidRDefault="00000000">
      <w:pPr>
        <w:pStyle w:val="Sumber"/>
      </w:pPr>
      <w:r w:rsidRPr="00551759">
        <w:t>Sumber: [Nama sumber, tahun]</w:t>
      </w:r>
    </w:p>
    <w:p w14:paraId="7B0C4CF5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" w:name="_Toc239536597"/>
      <w:r w:rsidRPr="00551759">
        <w:rPr>
          <w:rFonts w:ascii="Garamond" w:hAnsi="Garamond"/>
        </w:rPr>
        <w:t>1.3 Pembahasan dan Implikasi</w:t>
      </w:r>
      <w:bookmarkEnd w:id="6"/>
    </w:p>
    <w:p w14:paraId="21F14A97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40C758CC" w14:textId="77777777" w:rsidR="006C66EA" w:rsidRPr="00551759" w:rsidRDefault="00000000">
      <w:pPr>
        <w:pStyle w:val="Heading2"/>
        <w:rPr>
          <w:rFonts w:ascii="Garamond" w:hAnsi="Garamond"/>
        </w:rPr>
      </w:pPr>
      <w:bookmarkStart w:id="7" w:name="_Toc239536598"/>
      <w:r w:rsidRPr="00551759">
        <w:rPr>
          <w:rFonts w:ascii="Garamond" w:hAnsi="Garamond"/>
        </w:rPr>
        <w:t>1.4 Simpulan Bab</w:t>
      </w:r>
      <w:bookmarkEnd w:id="7"/>
    </w:p>
    <w:p w14:paraId="38514013" w14:textId="61AAA4CF" w:rsidR="00DF140B" w:rsidRPr="00551759" w:rsidRDefault="00000000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bab dan tegaskan kontribusinya terhadap tema utama buku.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  <w:r w:rsidR="00DF140B" w:rsidRPr="00551759">
        <w:t xml:space="preserve"> </w:t>
      </w:r>
      <w:proofErr w:type="spellStart"/>
      <w:r w:rsidR="00DF140B" w:rsidRPr="00551759">
        <w:t>Rangkuman</w:t>
      </w:r>
      <w:proofErr w:type="spellEnd"/>
      <w:r w:rsidR="00DF140B" w:rsidRPr="00551759">
        <w:t xml:space="preserve"> </w:t>
      </w:r>
      <w:proofErr w:type="spellStart"/>
      <w:r w:rsidR="00DF140B" w:rsidRPr="00551759">
        <w:t>Jawaban</w:t>
      </w:r>
      <w:proofErr w:type="spellEnd"/>
      <w:r w:rsidR="00DF140B" w:rsidRPr="00551759">
        <w:t xml:space="preserve"> </w:t>
      </w:r>
      <w:proofErr w:type="spellStart"/>
      <w:r w:rsidR="00DF140B" w:rsidRPr="00551759">
        <w:t>atas</w:t>
      </w:r>
      <w:proofErr w:type="spellEnd"/>
      <w:r w:rsidR="00DF140B" w:rsidRPr="00551759">
        <w:t xml:space="preserve"> </w:t>
      </w:r>
      <w:proofErr w:type="spellStart"/>
      <w:r w:rsidR="00DF140B" w:rsidRPr="00551759">
        <w:t>persoalan</w:t>
      </w:r>
      <w:proofErr w:type="spellEnd"/>
      <w:r w:rsidR="00DF140B" w:rsidRPr="00551759">
        <w:t xml:space="preserve"> </w:t>
      </w:r>
      <w:proofErr w:type="spellStart"/>
      <w:r w:rsidR="00DF140B" w:rsidRPr="00551759">
        <w:t>bab</w:t>
      </w:r>
      <w:proofErr w:type="spellEnd"/>
      <w:r w:rsidR="00DF140B" w:rsidRPr="00551759">
        <w:t xml:space="preserve"> dan </w:t>
      </w:r>
      <w:proofErr w:type="spellStart"/>
      <w:r w:rsidR="00DF140B" w:rsidRPr="00551759">
        <w:t>tegaskan</w:t>
      </w:r>
      <w:proofErr w:type="spellEnd"/>
      <w:r w:rsidR="00DF140B" w:rsidRPr="00551759">
        <w:t xml:space="preserve"> </w:t>
      </w:r>
      <w:proofErr w:type="spellStart"/>
      <w:r w:rsidR="00DF140B" w:rsidRPr="00551759">
        <w:t>kontribusinya</w:t>
      </w:r>
      <w:proofErr w:type="spellEnd"/>
      <w:r w:rsidR="00DF140B" w:rsidRPr="00551759">
        <w:t xml:space="preserve"> </w:t>
      </w:r>
      <w:proofErr w:type="spellStart"/>
      <w:r w:rsidR="00DF140B" w:rsidRPr="00551759">
        <w:t>terhadap</w:t>
      </w:r>
      <w:proofErr w:type="spellEnd"/>
      <w:r w:rsidR="00DF140B" w:rsidRPr="00551759">
        <w:t xml:space="preserve"> </w:t>
      </w:r>
      <w:proofErr w:type="spellStart"/>
      <w:r w:rsidR="00DF140B" w:rsidRPr="00551759">
        <w:t>tema</w:t>
      </w:r>
      <w:proofErr w:type="spellEnd"/>
      <w:r w:rsidR="00DF140B" w:rsidRPr="00551759">
        <w:t xml:space="preserve"> </w:t>
      </w:r>
      <w:proofErr w:type="spellStart"/>
      <w:r w:rsidR="00DF140B" w:rsidRPr="00551759">
        <w:t>utama</w:t>
      </w:r>
      <w:proofErr w:type="spellEnd"/>
      <w:r w:rsidR="00DF140B" w:rsidRPr="00551759">
        <w:t xml:space="preserve"> </w:t>
      </w:r>
      <w:proofErr w:type="spellStart"/>
      <w:r w:rsidR="00DF140B" w:rsidRPr="00551759">
        <w:t>buku</w:t>
      </w:r>
      <w:proofErr w:type="spellEnd"/>
      <w:r w:rsidR="00DF140B" w:rsidRPr="00551759">
        <w:t xml:space="preserve">. </w:t>
      </w:r>
      <w:proofErr w:type="spellStart"/>
      <w:r w:rsidR="00DF140B" w:rsidRPr="00551759">
        <w:t>Hindari</w:t>
      </w:r>
      <w:proofErr w:type="spellEnd"/>
      <w:r w:rsidR="00DF140B" w:rsidRPr="00551759">
        <w:t xml:space="preserve"> </w:t>
      </w:r>
      <w:proofErr w:type="spellStart"/>
      <w:r w:rsidR="00DF140B" w:rsidRPr="00551759">
        <w:t>menambahkan</w:t>
      </w:r>
      <w:proofErr w:type="spellEnd"/>
      <w:r w:rsidR="00DF140B" w:rsidRPr="00551759">
        <w:t xml:space="preserve"> </w:t>
      </w:r>
      <w:proofErr w:type="spellStart"/>
      <w:r w:rsidR="00DF140B" w:rsidRPr="00551759">
        <w:t>sumber</w:t>
      </w:r>
      <w:proofErr w:type="spellEnd"/>
      <w:r w:rsidR="00DF140B" w:rsidRPr="00551759">
        <w:t xml:space="preserve"> </w:t>
      </w:r>
      <w:proofErr w:type="spellStart"/>
      <w:r w:rsidR="00DF140B" w:rsidRPr="00551759">
        <w:t>atau</w:t>
      </w:r>
      <w:proofErr w:type="spellEnd"/>
      <w:r w:rsidR="00DF140B" w:rsidRPr="00551759">
        <w:t xml:space="preserve"> </w:t>
      </w:r>
      <w:proofErr w:type="spellStart"/>
      <w:r w:rsidR="00DF140B" w:rsidRPr="00551759">
        <w:t>pembahasan</w:t>
      </w:r>
      <w:proofErr w:type="spellEnd"/>
      <w:r w:rsidR="00DF140B" w:rsidRPr="00551759">
        <w:t xml:space="preserve"> </w:t>
      </w:r>
      <w:proofErr w:type="spellStart"/>
      <w:r w:rsidR="00DF140B" w:rsidRPr="00551759">
        <w:t>baru</w:t>
      </w:r>
      <w:proofErr w:type="spellEnd"/>
      <w:r w:rsidR="00DF140B" w:rsidRPr="00551759">
        <w:t>.</w:t>
      </w:r>
    </w:p>
    <w:p w14:paraId="218246CC" w14:textId="1DE2CEF0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50B845BD" w14:textId="4858478A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63DFC3B9" w14:textId="1A646A59" w:rsidR="00DF140B" w:rsidRPr="00551759" w:rsidRDefault="00DF140B">
      <w:proofErr w:type="spellStart"/>
      <w:r w:rsidRPr="00551759">
        <w:lastRenderedPageBreak/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14FD13F9" w14:textId="4BF3FDBD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1F254816" w14:textId="744B2D29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286991EF" w14:textId="75105018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0BE294B2" w14:textId="57407C77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proofErr w:type="gramStart"/>
      <w:r w:rsidRPr="00551759">
        <w:t>baru.Rangkum</w:t>
      </w:r>
      <w:proofErr w:type="spellEnd"/>
      <w:proofErr w:type="gram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286A2487" w14:textId="4E890C26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lastRenderedPageBreak/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proofErr w:type="gramStart"/>
      <w:r w:rsidRPr="00551759">
        <w:t>baru.Rangkum</w:t>
      </w:r>
      <w:proofErr w:type="spellEnd"/>
      <w:proofErr w:type="gram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7FD1B5E4" w14:textId="33C6CD12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proofErr w:type="gramStart"/>
      <w:r w:rsidRPr="00551759">
        <w:t>baru.Rangkum</w:t>
      </w:r>
      <w:proofErr w:type="spellEnd"/>
      <w:proofErr w:type="gram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1AFF6E2F" w14:textId="5432C615" w:rsidR="00DF140B" w:rsidRPr="00551759" w:rsidRDefault="00DF140B"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 xml:space="preserve">. </w:t>
      </w:r>
      <w:proofErr w:type="spellStart"/>
      <w:r w:rsidRPr="00551759">
        <w:t>Rangkuman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</w:t>
      </w:r>
    </w:p>
    <w:p w14:paraId="450453DC" w14:textId="77777777" w:rsidR="00DF140B" w:rsidRPr="00551759" w:rsidRDefault="00DF140B"/>
    <w:p w14:paraId="22C16A10" w14:textId="77777777" w:rsidR="00092795" w:rsidRDefault="00092795">
      <w:pPr>
        <w:sectPr w:rsidR="00092795" w:rsidSect="005500A7">
          <w:headerReference w:type="even" r:id="rId13"/>
          <w:headerReference w:type="default" r:id="rId14"/>
          <w:footerReference w:type="even" r:id="rId15"/>
          <w:footerReference w:type="default" r:id="rId16"/>
          <w:pgSz w:w="8787" w:h="13039"/>
          <w:pgMar w:top="1247" w:right="1134" w:bottom="1247" w:left="1418" w:header="510" w:footer="567" w:gutter="0"/>
          <w:pgNumType w:start="1"/>
          <w:cols w:space="720"/>
          <w:titlePg/>
          <w:docGrid w:linePitch="360"/>
        </w:sectPr>
      </w:pPr>
    </w:p>
    <w:p w14:paraId="6DB2D088" w14:textId="77777777" w:rsidR="006C66EA" w:rsidRPr="00551759" w:rsidRDefault="00000000" w:rsidP="006A2F52">
      <w:pPr>
        <w:pStyle w:val="Heading1"/>
      </w:pPr>
      <w:bookmarkStart w:id="8" w:name="_Toc239536599"/>
      <w:r w:rsidRPr="00551759">
        <w:lastRenderedPageBreak/>
        <w:t>BAB II — JUDUL BAB 2</w:t>
      </w:r>
      <w:bookmarkEnd w:id="8"/>
    </w:p>
    <w:p w14:paraId="7FF6DAD4" w14:textId="7E3DD96E" w:rsidR="006C66EA" w:rsidRPr="00551759" w:rsidRDefault="00000000">
      <w:pPr>
        <w:pStyle w:val="LeadBab"/>
      </w:pPr>
      <w:r w:rsidRPr="00551759">
        <w:t>[</w:t>
      </w:r>
      <w:r w:rsidR="00092795" w:rsidRPr="00092795">
        <w:rPr>
          <w:b/>
          <w:bCs/>
        </w:rPr>
        <w:t xml:space="preserve">Ctrl+Shift+8 </w:t>
      </w:r>
      <w:proofErr w:type="spellStart"/>
      <w:r w:rsidR="00092795" w:rsidRPr="00092795">
        <w:rPr>
          <w:b/>
          <w:bCs/>
        </w:rPr>
        <w:t>atau</w:t>
      </w:r>
      <w:proofErr w:type="spellEnd"/>
      <w:r w:rsidR="00092795" w:rsidRPr="00092795">
        <w:rPr>
          <w:b/>
          <w:bCs/>
        </w:rPr>
        <w:t xml:space="preserve"> </w:t>
      </w:r>
      <w:proofErr w:type="spellStart"/>
      <w:r w:rsidR="00092795" w:rsidRPr="00092795">
        <w:rPr>
          <w:b/>
          <w:bCs/>
        </w:rPr>
        <w:t>klik</w:t>
      </w:r>
      <w:proofErr w:type="spellEnd"/>
      <w:r w:rsidR="00092795" w:rsidRPr="00092795">
        <w:rPr>
          <w:b/>
          <w:bCs/>
        </w:rPr>
        <w:t xml:space="preserve"> </w:t>
      </w:r>
      <w:proofErr w:type="spellStart"/>
      <w:r w:rsidR="00092795" w:rsidRPr="00092795">
        <w:rPr>
          <w:b/>
          <w:bCs/>
        </w:rPr>
        <w:t>simbol</w:t>
      </w:r>
      <w:proofErr w:type="spellEnd"/>
      <w:r w:rsidR="00092795" w:rsidRPr="00092795">
        <w:rPr>
          <w:b/>
          <w:bCs/>
        </w:rPr>
        <w:t xml:space="preserve"> </w:t>
      </w:r>
      <w:r w:rsidR="00092795">
        <w:rPr>
          <w:b/>
          <w:bCs/>
        </w:rPr>
        <w:t xml:space="preserve">untuk </w:t>
      </w:r>
      <w:r w:rsidR="00092795" w:rsidRPr="00092795">
        <w:rPr>
          <w:b/>
          <w:bCs/>
        </w:rPr>
        <w:t>¶</w:t>
      </w:r>
      <w:r w:rsidR="00092795">
        <w:rPr>
          <w:b/>
          <w:bCs/>
        </w:rPr>
        <w:t xml:space="preserve"> </w:t>
      </w:r>
      <w:proofErr w:type="spellStart"/>
      <w:r w:rsidRPr="00551759">
        <w:t>Tuliskan</w:t>
      </w:r>
      <w:proofErr w:type="spellEnd"/>
      <w:r w:rsidRPr="00551759">
        <w:t xml:space="preserve"> </w:t>
      </w:r>
      <w:proofErr w:type="spellStart"/>
      <w:r w:rsidRPr="00551759">
        <w:t>satu</w:t>
      </w:r>
      <w:proofErr w:type="spellEnd"/>
      <w:r w:rsidRPr="00551759">
        <w:t xml:space="preserve"> </w:t>
      </w:r>
      <w:proofErr w:type="spellStart"/>
      <w:r w:rsidRPr="00551759">
        <w:t>paragraf</w:t>
      </w:r>
      <w:proofErr w:type="spellEnd"/>
      <w:r w:rsidRPr="00551759">
        <w:t xml:space="preserve"> </w:t>
      </w:r>
      <w:proofErr w:type="spellStart"/>
      <w:r w:rsidRPr="00551759">
        <w:t>pembuka</w:t>
      </w:r>
      <w:proofErr w:type="spellEnd"/>
      <w:r w:rsidRPr="00551759">
        <w:t xml:space="preserve"> yang memperkenalkan isu, posisi bab dalam keseluruhan buku, dan alasan topik ini penting dikaji.]</w:t>
      </w:r>
    </w:p>
    <w:p w14:paraId="3C35E6BC" w14:textId="77777777" w:rsidR="006C66EA" w:rsidRPr="00551759" w:rsidRDefault="00000000">
      <w:pPr>
        <w:pStyle w:val="Heading2"/>
        <w:rPr>
          <w:rFonts w:ascii="Garamond" w:hAnsi="Garamond"/>
        </w:rPr>
      </w:pPr>
      <w:bookmarkStart w:id="9" w:name="_Toc239536600"/>
      <w:r w:rsidRPr="00551759">
        <w:rPr>
          <w:rFonts w:ascii="Garamond" w:hAnsi="Garamond"/>
        </w:rPr>
        <w:t>2.1 Pendahuluan</w:t>
      </w:r>
      <w:bookmarkEnd w:id="9"/>
    </w:p>
    <w:p w14:paraId="7AE18D8A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39FFDFC5" w14:textId="77777777" w:rsidR="006C66EA" w:rsidRPr="00551759" w:rsidRDefault="00000000">
      <w:pPr>
        <w:pStyle w:val="Heading2"/>
        <w:rPr>
          <w:rFonts w:ascii="Garamond" w:hAnsi="Garamond"/>
        </w:rPr>
      </w:pPr>
      <w:bookmarkStart w:id="10" w:name="_Toc239536601"/>
      <w:r w:rsidRPr="00551759">
        <w:rPr>
          <w:rFonts w:ascii="Garamond" w:hAnsi="Garamond"/>
        </w:rPr>
        <w:t>2.2 Landasan Konseptual dan Teoretis</w:t>
      </w:r>
      <w:bookmarkEnd w:id="10"/>
    </w:p>
    <w:p w14:paraId="28384D21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12F3A62F" w14:textId="77777777" w:rsidR="006C66EA" w:rsidRPr="00551759" w:rsidRDefault="00000000">
      <w:pPr>
        <w:pStyle w:val="Heading3"/>
        <w:rPr>
          <w:rFonts w:ascii="Garamond" w:hAnsi="Garamond"/>
        </w:rPr>
      </w:pPr>
      <w:bookmarkStart w:id="11" w:name="_Toc239536602"/>
      <w:r w:rsidRPr="00551759">
        <w:rPr>
          <w:rFonts w:ascii="Garamond" w:hAnsi="Garamond"/>
        </w:rPr>
        <w:t>2.2.1 Subbagian Kajian</w:t>
      </w:r>
      <w:bookmarkEnd w:id="11"/>
    </w:p>
    <w:p w14:paraId="283B1F95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7F376E0B" w14:textId="77777777" w:rsidR="006C66EA" w:rsidRPr="00551759" w:rsidRDefault="00000000">
      <w:pPr>
        <w:pStyle w:val="Heading2"/>
        <w:rPr>
          <w:rFonts w:ascii="Garamond" w:hAnsi="Garamond"/>
        </w:rPr>
      </w:pPr>
      <w:bookmarkStart w:id="12" w:name="_Toc239536603"/>
      <w:r w:rsidRPr="00551759">
        <w:rPr>
          <w:rFonts w:ascii="Garamond" w:hAnsi="Garamond"/>
        </w:rPr>
        <w:t>2.3 Pembahasan dan Implikasi</w:t>
      </w:r>
      <w:bookmarkEnd w:id="12"/>
    </w:p>
    <w:p w14:paraId="0C8590D0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7B1135EE" w14:textId="77777777" w:rsidR="006C66EA" w:rsidRPr="00551759" w:rsidRDefault="00000000">
      <w:pPr>
        <w:pStyle w:val="Heading2"/>
        <w:rPr>
          <w:rFonts w:ascii="Garamond" w:hAnsi="Garamond"/>
        </w:rPr>
      </w:pPr>
      <w:bookmarkStart w:id="13" w:name="_Toc239536604"/>
      <w:r w:rsidRPr="00551759">
        <w:rPr>
          <w:rFonts w:ascii="Garamond" w:hAnsi="Garamond"/>
        </w:rPr>
        <w:t>2.4 Simpulan Bab</w:t>
      </w:r>
      <w:bookmarkEnd w:id="13"/>
    </w:p>
    <w:p w14:paraId="5E4ED868" w14:textId="77777777" w:rsidR="006C66EA" w:rsidRDefault="00000000">
      <w:r w:rsidRPr="00551759">
        <w:t>[Rangkum jawaban atas persoalan bab dan tegaskan kontribusinya terhadap tema utama buku. Hindari menambahkan sumber atau pembahasan baru.]</w:t>
      </w:r>
    </w:p>
    <w:p w14:paraId="0BC2BFD1" w14:textId="734B8039" w:rsidR="004A7305" w:rsidRPr="00551759" w:rsidRDefault="004A7305">
      <w:proofErr w:type="spellStart"/>
      <w:r w:rsidRPr="00551759">
        <w:lastRenderedPageBreak/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</w:t>
      </w:r>
      <w:proofErr w:type="spellEnd"/>
      <w:r>
        <w:t xml:space="preserve"> </w:t>
      </w:r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</w:t>
      </w:r>
      <w:proofErr w:type="spellEnd"/>
    </w:p>
    <w:p w14:paraId="7BD828B6" w14:textId="77777777" w:rsidR="00D940AF" w:rsidRDefault="00D940AF">
      <w:pPr>
        <w:sectPr w:rsidR="00D940AF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16F38932" w14:textId="77777777" w:rsidR="006C66EA" w:rsidRPr="00551759" w:rsidRDefault="00000000" w:rsidP="006A2F52">
      <w:pPr>
        <w:pStyle w:val="Heading1"/>
      </w:pPr>
      <w:bookmarkStart w:id="14" w:name="_Toc239536605"/>
      <w:r w:rsidRPr="00551759">
        <w:lastRenderedPageBreak/>
        <w:t>BAB III — JUDUL BAB 3</w:t>
      </w:r>
      <w:bookmarkEnd w:id="14"/>
    </w:p>
    <w:p w14:paraId="17E2F598" w14:textId="7B1487FF" w:rsidR="006C66EA" w:rsidRPr="00551759" w:rsidRDefault="00000000">
      <w:pPr>
        <w:pStyle w:val="LeadBab"/>
      </w:pPr>
      <w:r w:rsidRPr="00551759">
        <w:t>[</w:t>
      </w:r>
      <w:proofErr w:type="spellStart"/>
      <w:r w:rsidRPr="00551759">
        <w:t>Tuliskan</w:t>
      </w:r>
      <w:proofErr w:type="spellEnd"/>
      <w:r w:rsidRPr="00551759">
        <w:t xml:space="preserve"> </w:t>
      </w:r>
      <w:proofErr w:type="spellStart"/>
      <w:r w:rsidRPr="00551759">
        <w:t>satu</w:t>
      </w:r>
      <w:proofErr w:type="spellEnd"/>
      <w:r w:rsidRPr="00551759">
        <w:t xml:space="preserve"> </w:t>
      </w:r>
      <w:proofErr w:type="spellStart"/>
      <w:r w:rsidRPr="00551759">
        <w:t>paragraf</w:t>
      </w:r>
      <w:proofErr w:type="spellEnd"/>
      <w:r w:rsidRPr="00551759">
        <w:t xml:space="preserve"> </w:t>
      </w:r>
      <w:proofErr w:type="spellStart"/>
      <w:r w:rsidRPr="00551759">
        <w:t>pembuka</w:t>
      </w:r>
      <w:proofErr w:type="spellEnd"/>
      <w:r w:rsidRPr="00551759">
        <w:t xml:space="preserve"> yang memperkenalkan isu, posisi bab dalam keseluruhan </w:t>
      </w:r>
      <w:proofErr w:type="spellStart"/>
      <w:r w:rsidRPr="00551759">
        <w:t>buku</w:t>
      </w:r>
      <w:proofErr w:type="spellEnd"/>
      <w:r w:rsidRPr="00551759">
        <w:t xml:space="preserve">, dan </w:t>
      </w:r>
      <w:proofErr w:type="spellStart"/>
      <w:r w:rsidRPr="00551759">
        <w:t>alasan</w:t>
      </w:r>
      <w:proofErr w:type="spellEnd"/>
      <w:r w:rsidRPr="00551759">
        <w:t xml:space="preserve"> </w:t>
      </w:r>
      <w:proofErr w:type="spellStart"/>
      <w:r w:rsidRPr="00551759">
        <w:t>topik</w:t>
      </w:r>
      <w:proofErr w:type="spellEnd"/>
      <w:r w:rsidRPr="00551759">
        <w:t xml:space="preserve"> ini </w:t>
      </w:r>
      <w:proofErr w:type="spellStart"/>
      <w:r w:rsidRPr="00551759">
        <w:t>penting</w:t>
      </w:r>
      <w:proofErr w:type="spellEnd"/>
      <w:r w:rsidRPr="00551759">
        <w:t xml:space="preserve"> </w:t>
      </w:r>
      <w:r w:rsidR="00CD1FFF" w:rsidRPr="00551759">
        <w:t xml:space="preserve">untuk </w:t>
      </w:r>
      <w:proofErr w:type="spellStart"/>
      <w:r w:rsidRPr="00551759">
        <w:t>dikaji</w:t>
      </w:r>
      <w:proofErr w:type="spellEnd"/>
      <w:r w:rsidRPr="00551759">
        <w:t>.]</w:t>
      </w:r>
    </w:p>
    <w:p w14:paraId="78F4850F" w14:textId="77777777" w:rsidR="006C66EA" w:rsidRPr="00551759" w:rsidRDefault="00000000">
      <w:pPr>
        <w:pStyle w:val="Heading2"/>
        <w:rPr>
          <w:rFonts w:ascii="Garamond" w:hAnsi="Garamond"/>
        </w:rPr>
      </w:pPr>
      <w:bookmarkStart w:id="15" w:name="_Toc239536606"/>
      <w:r w:rsidRPr="00551759">
        <w:rPr>
          <w:rFonts w:ascii="Garamond" w:hAnsi="Garamond"/>
        </w:rPr>
        <w:t>3.1 Pendahuluan</w:t>
      </w:r>
      <w:bookmarkEnd w:id="15"/>
    </w:p>
    <w:p w14:paraId="57A17D2B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694BCA0A" w14:textId="77777777" w:rsidR="006C66EA" w:rsidRPr="00551759" w:rsidRDefault="00000000">
      <w:pPr>
        <w:pStyle w:val="Heading2"/>
        <w:rPr>
          <w:rFonts w:ascii="Garamond" w:hAnsi="Garamond"/>
        </w:rPr>
      </w:pPr>
      <w:bookmarkStart w:id="16" w:name="_Toc239536607"/>
      <w:r w:rsidRPr="00551759">
        <w:rPr>
          <w:rFonts w:ascii="Garamond" w:hAnsi="Garamond"/>
        </w:rPr>
        <w:t>3.2 Landasan Konseptual dan Teoretis</w:t>
      </w:r>
      <w:bookmarkEnd w:id="16"/>
    </w:p>
    <w:p w14:paraId="1B92BF4C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67C17C08" w14:textId="77777777" w:rsidR="006C66EA" w:rsidRPr="00551759" w:rsidRDefault="00000000">
      <w:pPr>
        <w:pStyle w:val="Heading3"/>
        <w:rPr>
          <w:rFonts w:ascii="Garamond" w:hAnsi="Garamond"/>
        </w:rPr>
      </w:pPr>
      <w:bookmarkStart w:id="17" w:name="_Toc239536608"/>
      <w:r w:rsidRPr="00551759">
        <w:rPr>
          <w:rFonts w:ascii="Garamond" w:hAnsi="Garamond"/>
        </w:rPr>
        <w:t>3.2.1 Subbagian Kajian</w:t>
      </w:r>
      <w:bookmarkEnd w:id="17"/>
    </w:p>
    <w:p w14:paraId="04C02C4E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5B70674E" w14:textId="77777777" w:rsidR="006C66EA" w:rsidRPr="00551759" w:rsidRDefault="00000000">
      <w:pPr>
        <w:pStyle w:val="Heading2"/>
        <w:rPr>
          <w:rFonts w:ascii="Garamond" w:hAnsi="Garamond"/>
        </w:rPr>
      </w:pPr>
      <w:bookmarkStart w:id="18" w:name="_Toc239536609"/>
      <w:r w:rsidRPr="00551759">
        <w:rPr>
          <w:rFonts w:ascii="Garamond" w:hAnsi="Garamond"/>
        </w:rPr>
        <w:t>3.3 Pembahasan dan Implikasi</w:t>
      </w:r>
      <w:bookmarkEnd w:id="18"/>
    </w:p>
    <w:p w14:paraId="0237F34E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377DB441" w14:textId="77777777" w:rsidR="006C66EA" w:rsidRPr="00551759" w:rsidRDefault="00000000">
      <w:pPr>
        <w:pStyle w:val="Heading2"/>
        <w:rPr>
          <w:rFonts w:ascii="Garamond" w:hAnsi="Garamond"/>
        </w:rPr>
      </w:pPr>
      <w:bookmarkStart w:id="19" w:name="_Toc239536610"/>
      <w:r w:rsidRPr="00551759">
        <w:rPr>
          <w:rFonts w:ascii="Garamond" w:hAnsi="Garamond"/>
        </w:rPr>
        <w:t>3.4 Simpulan Bab</w:t>
      </w:r>
      <w:bookmarkEnd w:id="19"/>
    </w:p>
    <w:p w14:paraId="35ED4452" w14:textId="6B821524" w:rsidR="00D940AF" w:rsidRPr="00551759" w:rsidRDefault="00000000" w:rsidP="00D940AF">
      <w:r w:rsidRPr="00551759">
        <w:t xml:space="preserve">[Rangkum jawaban atas persoalan bab dan tegaskan kontribusinya terhadap tema utama buku. Hindari menambahkan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</w:t>
      </w:r>
      <w:r w:rsidR="009F592E" w:rsidRPr="00551759">
        <w:t>[</w:t>
      </w:r>
      <w:proofErr w:type="spellStart"/>
      <w:proofErr w:type="gramEnd"/>
      <w:r w:rsidR="009F592E" w:rsidRPr="00551759">
        <w:t>Rangkum</w:t>
      </w:r>
      <w:proofErr w:type="spellEnd"/>
      <w:r w:rsidR="009F592E" w:rsidRPr="00551759">
        <w:t xml:space="preserve"> </w:t>
      </w:r>
      <w:proofErr w:type="spellStart"/>
      <w:r w:rsidR="009F592E" w:rsidRPr="00551759">
        <w:t>jawaban</w:t>
      </w:r>
      <w:proofErr w:type="spellEnd"/>
      <w:r w:rsidR="009F592E" w:rsidRPr="00551759">
        <w:t xml:space="preserve"> </w:t>
      </w:r>
      <w:proofErr w:type="spellStart"/>
      <w:r w:rsidR="009F592E" w:rsidRPr="00551759">
        <w:t>atas</w:t>
      </w:r>
      <w:proofErr w:type="spellEnd"/>
      <w:r w:rsidR="009F592E" w:rsidRPr="00551759">
        <w:t xml:space="preserve"> </w:t>
      </w:r>
      <w:proofErr w:type="spellStart"/>
      <w:r w:rsidR="009F592E" w:rsidRPr="00551759">
        <w:t>persoalan</w:t>
      </w:r>
      <w:proofErr w:type="spellEnd"/>
      <w:r w:rsidR="009F592E" w:rsidRPr="00551759">
        <w:t xml:space="preserve"> </w:t>
      </w:r>
      <w:proofErr w:type="spellStart"/>
      <w:r w:rsidR="009F592E" w:rsidRPr="00551759">
        <w:t>bab</w:t>
      </w:r>
      <w:proofErr w:type="spellEnd"/>
      <w:r w:rsidR="009F592E" w:rsidRPr="00551759">
        <w:t xml:space="preserve"> dan </w:t>
      </w:r>
      <w:proofErr w:type="spellStart"/>
      <w:r w:rsidR="009F592E" w:rsidRPr="00551759">
        <w:t>tegaskan</w:t>
      </w:r>
      <w:proofErr w:type="spellEnd"/>
      <w:r w:rsidR="009F592E" w:rsidRPr="00551759">
        <w:t xml:space="preserve"> </w:t>
      </w:r>
      <w:proofErr w:type="spellStart"/>
      <w:r w:rsidR="009F592E" w:rsidRPr="00551759">
        <w:t>kontribusinya</w:t>
      </w:r>
      <w:proofErr w:type="spellEnd"/>
      <w:r w:rsidR="009F592E" w:rsidRPr="00551759">
        <w:t xml:space="preserve"> </w:t>
      </w:r>
      <w:proofErr w:type="spellStart"/>
      <w:r w:rsidR="009F592E" w:rsidRPr="00551759">
        <w:t>terhadap</w:t>
      </w:r>
      <w:proofErr w:type="spellEnd"/>
      <w:r w:rsidR="009F592E" w:rsidRPr="00551759">
        <w:t xml:space="preserve"> </w:t>
      </w:r>
      <w:proofErr w:type="spellStart"/>
      <w:r w:rsidR="009F592E" w:rsidRPr="00551759">
        <w:t>tema</w:t>
      </w:r>
      <w:proofErr w:type="spellEnd"/>
      <w:r w:rsidR="009F592E" w:rsidRPr="00551759">
        <w:t xml:space="preserve"> </w:t>
      </w:r>
      <w:proofErr w:type="spellStart"/>
      <w:r w:rsidR="009F592E" w:rsidRPr="00551759">
        <w:t>utama</w:t>
      </w:r>
      <w:proofErr w:type="spellEnd"/>
      <w:r w:rsidR="009F592E" w:rsidRPr="00551759">
        <w:t xml:space="preserve"> </w:t>
      </w:r>
      <w:proofErr w:type="spellStart"/>
      <w:r w:rsidR="009F592E" w:rsidRPr="00551759">
        <w:t>buku</w:t>
      </w:r>
      <w:proofErr w:type="spellEnd"/>
      <w:r w:rsidR="009F592E" w:rsidRPr="00551759">
        <w:t xml:space="preserve">. </w:t>
      </w:r>
      <w:proofErr w:type="spellStart"/>
      <w:r w:rsidR="009F592E" w:rsidRPr="00551759">
        <w:t>Hindari</w:t>
      </w:r>
      <w:proofErr w:type="spellEnd"/>
      <w:r w:rsidR="009F592E" w:rsidRPr="00551759">
        <w:t xml:space="preserve"> </w:t>
      </w:r>
      <w:proofErr w:type="spellStart"/>
      <w:r w:rsidR="009F592E" w:rsidRPr="00551759">
        <w:t>menambahkan</w:t>
      </w:r>
      <w:proofErr w:type="spellEnd"/>
      <w:r w:rsidR="009F592E" w:rsidRPr="00551759">
        <w:t xml:space="preserve"> </w:t>
      </w:r>
      <w:proofErr w:type="spellStart"/>
      <w:r w:rsidR="009F592E" w:rsidRPr="00551759">
        <w:lastRenderedPageBreak/>
        <w:t>sumber</w:t>
      </w:r>
      <w:proofErr w:type="spellEnd"/>
      <w:r w:rsidR="009F592E" w:rsidRPr="00551759">
        <w:t xml:space="preserve"> </w:t>
      </w:r>
      <w:proofErr w:type="spellStart"/>
      <w:r w:rsidR="009F592E" w:rsidRPr="00551759">
        <w:t>atau</w:t>
      </w:r>
      <w:proofErr w:type="spellEnd"/>
      <w:r w:rsidR="009F592E" w:rsidRPr="00551759">
        <w:t xml:space="preserve"> </w:t>
      </w:r>
      <w:proofErr w:type="spellStart"/>
      <w:r w:rsidR="009F592E" w:rsidRPr="00551759">
        <w:t>pembahasan</w:t>
      </w:r>
      <w:proofErr w:type="spellEnd"/>
      <w:r w:rsidR="009F592E" w:rsidRPr="00551759">
        <w:t xml:space="preserve"> </w:t>
      </w:r>
      <w:proofErr w:type="gramStart"/>
      <w:r w:rsidR="009F592E" w:rsidRPr="00551759">
        <w:t>bar[</w:t>
      </w:r>
      <w:proofErr w:type="spellStart"/>
      <w:proofErr w:type="gramEnd"/>
      <w:r w:rsidR="009F592E" w:rsidRPr="00551759">
        <w:t>Rangkum</w:t>
      </w:r>
      <w:proofErr w:type="spellEnd"/>
      <w:r w:rsidR="009F592E" w:rsidRPr="00551759">
        <w:t xml:space="preserve"> </w:t>
      </w:r>
      <w:proofErr w:type="spellStart"/>
      <w:r w:rsidR="009F592E" w:rsidRPr="00551759">
        <w:t>jawaban</w:t>
      </w:r>
      <w:proofErr w:type="spellEnd"/>
      <w:r w:rsidR="009F592E" w:rsidRPr="00551759">
        <w:t xml:space="preserve"> </w:t>
      </w:r>
      <w:proofErr w:type="spellStart"/>
      <w:r w:rsidR="009F592E" w:rsidRPr="00551759">
        <w:t>atas</w:t>
      </w:r>
      <w:proofErr w:type="spellEnd"/>
      <w:r w:rsidR="009F592E" w:rsidRPr="00551759">
        <w:t xml:space="preserve"> </w:t>
      </w:r>
      <w:proofErr w:type="spellStart"/>
      <w:r w:rsidR="009F592E" w:rsidRPr="00551759">
        <w:t>persoalan</w:t>
      </w:r>
      <w:proofErr w:type="spellEnd"/>
      <w:r w:rsidR="009F592E" w:rsidRPr="00551759">
        <w:t xml:space="preserve"> </w:t>
      </w:r>
      <w:proofErr w:type="spellStart"/>
      <w:r w:rsidR="009F592E" w:rsidRPr="00551759">
        <w:t>bab</w:t>
      </w:r>
      <w:proofErr w:type="spellEnd"/>
      <w:r w:rsidR="009F592E" w:rsidRPr="00551759">
        <w:t xml:space="preserve"> dan </w:t>
      </w:r>
      <w:proofErr w:type="spellStart"/>
      <w:r w:rsidR="009F592E" w:rsidRPr="00551759">
        <w:t>tegaskan</w:t>
      </w:r>
      <w:proofErr w:type="spellEnd"/>
      <w:r w:rsidR="009F592E" w:rsidRPr="00551759">
        <w:t xml:space="preserve"> </w:t>
      </w:r>
      <w:proofErr w:type="spellStart"/>
      <w:r w:rsidR="009F592E" w:rsidRPr="00551759">
        <w:t>kontribusinya</w:t>
      </w:r>
      <w:proofErr w:type="spellEnd"/>
      <w:r w:rsidR="009F592E" w:rsidRPr="00551759">
        <w:t xml:space="preserve"> </w:t>
      </w:r>
      <w:proofErr w:type="spellStart"/>
      <w:r w:rsidR="009F592E" w:rsidRPr="00551759">
        <w:t>terhadap</w:t>
      </w:r>
      <w:proofErr w:type="spellEnd"/>
      <w:r w:rsidR="009F592E" w:rsidRPr="00551759">
        <w:t xml:space="preserve"> </w:t>
      </w:r>
      <w:proofErr w:type="spellStart"/>
      <w:r w:rsidR="009F592E" w:rsidRPr="00551759">
        <w:t>tema</w:t>
      </w:r>
      <w:proofErr w:type="spellEnd"/>
      <w:r w:rsidR="009F592E" w:rsidRPr="00551759">
        <w:t xml:space="preserve"> </w:t>
      </w:r>
      <w:proofErr w:type="spellStart"/>
      <w:r w:rsidR="009F592E" w:rsidRPr="00551759">
        <w:t>utama</w:t>
      </w:r>
      <w:proofErr w:type="spellEnd"/>
      <w:r w:rsidR="009F592E" w:rsidRPr="00551759">
        <w:t xml:space="preserve"> </w:t>
      </w:r>
      <w:proofErr w:type="spellStart"/>
      <w:r w:rsidR="009F592E" w:rsidRPr="00551759">
        <w:t>buku</w:t>
      </w:r>
      <w:proofErr w:type="spellEnd"/>
      <w:r w:rsidR="009F592E" w:rsidRPr="00551759">
        <w:t xml:space="preserve">. </w:t>
      </w:r>
      <w:proofErr w:type="spellStart"/>
      <w:r w:rsidR="009F592E" w:rsidRPr="00551759">
        <w:t>Hindari</w:t>
      </w:r>
      <w:proofErr w:type="spellEnd"/>
      <w:r w:rsidR="009F592E" w:rsidRPr="00551759">
        <w:t xml:space="preserve"> </w:t>
      </w:r>
      <w:proofErr w:type="spellStart"/>
      <w:r w:rsidR="009F592E" w:rsidRPr="00551759">
        <w:t>menambahkan</w:t>
      </w:r>
      <w:proofErr w:type="spellEnd"/>
      <w:r w:rsidR="009F592E" w:rsidRPr="00551759">
        <w:t xml:space="preserve"> </w:t>
      </w:r>
      <w:proofErr w:type="spellStart"/>
      <w:r w:rsidR="009F592E" w:rsidRPr="00551759">
        <w:t>sumber</w:t>
      </w:r>
      <w:proofErr w:type="spellEnd"/>
      <w:r w:rsidR="009F592E" w:rsidRPr="00551759">
        <w:t xml:space="preserve"> </w:t>
      </w:r>
      <w:proofErr w:type="spellStart"/>
      <w:r w:rsidR="009F592E" w:rsidRPr="00551759">
        <w:t>atau</w:t>
      </w:r>
      <w:proofErr w:type="spellEnd"/>
      <w:r w:rsidR="009F592E" w:rsidRPr="00551759">
        <w:t xml:space="preserve"> </w:t>
      </w:r>
      <w:proofErr w:type="spellStart"/>
      <w:r w:rsidR="009F592E" w:rsidRPr="00551759">
        <w:t>pembahasan</w:t>
      </w:r>
      <w:proofErr w:type="spellEnd"/>
      <w:r w:rsidR="009F592E" w:rsidRPr="00551759">
        <w:t xml:space="preserve"> </w:t>
      </w:r>
      <w:proofErr w:type="spellStart"/>
      <w:proofErr w:type="gramStart"/>
      <w:r w:rsidR="009F592E" w:rsidRPr="00551759">
        <w:t>bar</w:t>
      </w:r>
      <w:r w:rsidR="00D940AF">
        <w:t>u.</w:t>
      </w:r>
      <w:r w:rsidR="00D940AF" w:rsidRPr="00551759">
        <w:t>praktisnya</w:t>
      </w:r>
      <w:proofErr w:type="spellEnd"/>
      <w:proofErr w:type="gramEnd"/>
      <w:r w:rsidR="00D940AF" w:rsidRPr="00551759">
        <w:t>.]</w:t>
      </w:r>
    </w:p>
    <w:p w14:paraId="6A62BEC0" w14:textId="5504D232" w:rsidR="00D940AF" w:rsidRPr="00551759" w:rsidRDefault="00D940AF" w:rsidP="00D940AF">
      <w:pPr>
        <w:pStyle w:val="Heading2"/>
        <w:rPr>
          <w:rFonts w:ascii="Garamond" w:hAnsi="Garamond"/>
        </w:rPr>
      </w:pPr>
      <w:bookmarkStart w:id="20" w:name="_Toc239536611"/>
      <w:r w:rsidRPr="00551759">
        <w:rPr>
          <w:rFonts w:ascii="Garamond" w:hAnsi="Garamond"/>
        </w:rPr>
        <w:t>3.</w:t>
      </w:r>
      <w:r>
        <w:rPr>
          <w:rFonts w:ascii="Garamond" w:hAnsi="Garamond"/>
        </w:rPr>
        <w:t>5</w:t>
      </w:r>
      <w:r w:rsidRPr="00551759">
        <w:rPr>
          <w:rFonts w:ascii="Garamond" w:hAnsi="Garamond"/>
        </w:rPr>
        <w:t xml:space="preserve"> </w:t>
      </w:r>
      <w:proofErr w:type="spellStart"/>
      <w:r w:rsidRPr="00551759">
        <w:rPr>
          <w:rFonts w:ascii="Garamond" w:hAnsi="Garamond"/>
        </w:rPr>
        <w:t>Simpulan</w:t>
      </w:r>
      <w:proofErr w:type="spellEnd"/>
      <w:r w:rsidRPr="00551759">
        <w:rPr>
          <w:rFonts w:ascii="Garamond" w:hAnsi="Garamond"/>
        </w:rPr>
        <w:t xml:space="preserve"> Bab</w:t>
      </w:r>
      <w:bookmarkEnd w:id="20"/>
    </w:p>
    <w:p w14:paraId="433423CB" w14:textId="34099D88" w:rsidR="00D940AF" w:rsidRPr="00551759" w:rsidRDefault="00D940AF" w:rsidP="00D940AF">
      <w:r w:rsidRPr="00551759">
        <w:t>[</w:t>
      </w:r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gramStart"/>
      <w:r w:rsidRPr="00551759">
        <w:t>bar[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proofErr w:type="gramStart"/>
      <w:r w:rsidRPr="00551759">
        <w:t>atau</w:t>
      </w:r>
      <w:r>
        <w:t>.</w:t>
      </w:r>
      <w:r w:rsidRPr="00551759">
        <w:t>praktisnya</w:t>
      </w:r>
      <w:proofErr w:type="spellEnd"/>
      <w:proofErr w:type="gramEnd"/>
      <w:r w:rsidRPr="00551759">
        <w:t>.]</w:t>
      </w:r>
    </w:p>
    <w:p w14:paraId="424DF29F" w14:textId="0D09B307" w:rsidR="00D940AF" w:rsidRPr="00551759" w:rsidRDefault="00D940AF" w:rsidP="00D940AF">
      <w:pPr>
        <w:pStyle w:val="Heading2"/>
        <w:rPr>
          <w:rFonts w:ascii="Garamond" w:hAnsi="Garamond"/>
        </w:rPr>
      </w:pPr>
      <w:bookmarkStart w:id="21" w:name="_Toc239536612"/>
      <w:r w:rsidRPr="00551759">
        <w:rPr>
          <w:rFonts w:ascii="Garamond" w:hAnsi="Garamond"/>
        </w:rPr>
        <w:t>3.</w:t>
      </w:r>
      <w:r>
        <w:rPr>
          <w:rFonts w:ascii="Garamond" w:hAnsi="Garamond"/>
        </w:rPr>
        <w:t>6</w:t>
      </w:r>
      <w:r w:rsidRPr="00551759">
        <w:rPr>
          <w:rFonts w:ascii="Garamond" w:hAnsi="Garamond"/>
        </w:rPr>
        <w:t xml:space="preserve"> </w:t>
      </w:r>
      <w:proofErr w:type="spellStart"/>
      <w:r w:rsidRPr="00551759">
        <w:rPr>
          <w:rFonts w:ascii="Garamond" w:hAnsi="Garamond"/>
        </w:rPr>
        <w:t>Simpulan</w:t>
      </w:r>
      <w:proofErr w:type="spellEnd"/>
      <w:r w:rsidRPr="00551759">
        <w:rPr>
          <w:rFonts w:ascii="Garamond" w:hAnsi="Garamond"/>
        </w:rPr>
        <w:t xml:space="preserve"> Bab</w:t>
      </w:r>
      <w:bookmarkEnd w:id="21"/>
    </w:p>
    <w:p w14:paraId="1F1F58C3" w14:textId="1E972C8E" w:rsidR="00D940AF" w:rsidRPr="00551759" w:rsidRDefault="00D940AF" w:rsidP="00D940AF">
      <w:r w:rsidRPr="00551759">
        <w:t>[</w:t>
      </w:r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gramStart"/>
      <w:r w:rsidRPr="00551759">
        <w:t>bar[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praktisnya</w:t>
      </w:r>
      <w:proofErr w:type="spellEnd"/>
      <w:r w:rsidRPr="00551759">
        <w:t>.]</w:t>
      </w:r>
    </w:p>
    <w:p w14:paraId="109CEEF5" w14:textId="7CBE2D7D" w:rsidR="00D940AF" w:rsidRPr="00551759" w:rsidRDefault="00D940AF" w:rsidP="00D940AF">
      <w:pPr>
        <w:pStyle w:val="Heading2"/>
        <w:rPr>
          <w:rFonts w:ascii="Garamond" w:hAnsi="Garamond"/>
        </w:rPr>
      </w:pPr>
      <w:bookmarkStart w:id="22" w:name="_Toc239536613"/>
      <w:r w:rsidRPr="00551759">
        <w:rPr>
          <w:rFonts w:ascii="Garamond" w:hAnsi="Garamond"/>
        </w:rPr>
        <w:t>3.</w:t>
      </w:r>
      <w:r>
        <w:rPr>
          <w:rFonts w:ascii="Garamond" w:hAnsi="Garamond"/>
        </w:rPr>
        <w:t>7</w:t>
      </w:r>
      <w:r w:rsidRPr="00551759">
        <w:rPr>
          <w:rFonts w:ascii="Garamond" w:hAnsi="Garamond"/>
        </w:rPr>
        <w:t xml:space="preserve"> </w:t>
      </w:r>
      <w:proofErr w:type="spellStart"/>
      <w:r w:rsidRPr="00551759">
        <w:rPr>
          <w:rFonts w:ascii="Garamond" w:hAnsi="Garamond"/>
        </w:rPr>
        <w:t>Simpulan</w:t>
      </w:r>
      <w:proofErr w:type="spellEnd"/>
      <w:r w:rsidRPr="00551759">
        <w:rPr>
          <w:rFonts w:ascii="Garamond" w:hAnsi="Garamond"/>
        </w:rPr>
        <w:t xml:space="preserve"> Bab</w:t>
      </w:r>
      <w:bookmarkEnd w:id="22"/>
    </w:p>
    <w:p w14:paraId="6FBB0164" w14:textId="42D05D27" w:rsidR="00D940AF" w:rsidRPr="00551759" w:rsidRDefault="00D940AF" w:rsidP="00D940AF">
      <w:r w:rsidRPr="00551759">
        <w:t>[</w:t>
      </w:r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gramStart"/>
      <w:r w:rsidRPr="00551759">
        <w:t>bar[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>.]</w:t>
      </w:r>
    </w:p>
    <w:p w14:paraId="7431564E" w14:textId="75A9142A" w:rsidR="00D940AF" w:rsidRPr="00551759" w:rsidRDefault="00D940AF" w:rsidP="00D940AF">
      <w:pPr>
        <w:pStyle w:val="Heading2"/>
        <w:rPr>
          <w:rFonts w:ascii="Garamond" w:hAnsi="Garamond"/>
        </w:rPr>
      </w:pPr>
      <w:bookmarkStart w:id="23" w:name="_Toc239536614"/>
      <w:r w:rsidRPr="00551759">
        <w:rPr>
          <w:rFonts w:ascii="Garamond" w:hAnsi="Garamond"/>
        </w:rPr>
        <w:t>3.</w:t>
      </w:r>
      <w:r>
        <w:rPr>
          <w:rFonts w:ascii="Garamond" w:hAnsi="Garamond"/>
        </w:rPr>
        <w:t>9</w:t>
      </w:r>
      <w:r w:rsidRPr="00551759">
        <w:rPr>
          <w:rFonts w:ascii="Garamond" w:hAnsi="Garamond"/>
        </w:rPr>
        <w:t xml:space="preserve"> </w:t>
      </w:r>
      <w:proofErr w:type="spellStart"/>
      <w:r w:rsidRPr="00551759">
        <w:rPr>
          <w:rFonts w:ascii="Garamond" w:hAnsi="Garamond"/>
        </w:rPr>
        <w:t>Simpulan</w:t>
      </w:r>
      <w:proofErr w:type="spellEnd"/>
      <w:r w:rsidRPr="00551759">
        <w:rPr>
          <w:rFonts w:ascii="Garamond" w:hAnsi="Garamond"/>
        </w:rPr>
        <w:t xml:space="preserve"> Bab</w:t>
      </w:r>
      <w:bookmarkEnd w:id="23"/>
    </w:p>
    <w:p w14:paraId="23C8EDA4" w14:textId="77777777" w:rsidR="00D940AF" w:rsidRPr="00551759" w:rsidRDefault="00D940AF" w:rsidP="00D940AF">
      <w:r w:rsidRPr="00551759">
        <w:t>[</w:t>
      </w:r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lastRenderedPageBreak/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gramStart"/>
      <w:r w:rsidRPr="00551759">
        <w:t>bar[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praktisnya</w:t>
      </w:r>
      <w:proofErr w:type="spellEnd"/>
      <w:r w:rsidRPr="00551759">
        <w:t>.]</w:t>
      </w:r>
    </w:p>
    <w:p w14:paraId="6E51776E" w14:textId="661488E8" w:rsidR="00D940AF" w:rsidRPr="00551759" w:rsidRDefault="00D940AF" w:rsidP="00D940AF">
      <w:pPr>
        <w:pStyle w:val="Heading2"/>
        <w:rPr>
          <w:rFonts w:ascii="Garamond" w:hAnsi="Garamond"/>
        </w:rPr>
      </w:pPr>
      <w:bookmarkStart w:id="24" w:name="_Toc239536615"/>
      <w:r w:rsidRPr="00551759">
        <w:rPr>
          <w:rFonts w:ascii="Garamond" w:hAnsi="Garamond"/>
        </w:rPr>
        <w:t>3.</w:t>
      </w:r>
      <w:r>
        <w:rPr>
          <w:rFonts w:ascii="Garamond" w:hAnsi="Garamond"/>
        </w:rPr>
        <w:t>10</w:t>
      </w:r>
      <w:r w:rsidRPr="00551759">
        <w:rPr>
          <w:rFonts w:ascii="Garamond" w:hAnsi="Garamond"/>
        </w:rPr>
        <w:t xml:space="preserve"> </w:t>
      </w:r>
      <w:proofErr w:type="spellStart"/>
      <w:r w:rsidRPr="00551759">
        <w:rPr>
          <w:rFonts w:ascii="Garamond" w:hAnsi="Garamond"/>
        </w:rPr>
        <w:t>Simpulan</w:t>
      </w:r>
      <w:proofErr w:type="spellEnd"/>
      <w:r w:rsidRPr="00551759">
        <w:rPr>
          <w:rFonts w:ascii="Garamond" w:hAnsi="Garamond"/>
        </w:rPr>
        <w:t xml:space="preserve"> Bab</w:t>
      </w:r>
      <w:bookmarkEnd w:id="24"/>
    </w:p>
    <w:p w14:paraId="465FA268" w14:textId="77777777" w:rsidR="00D940AF" w:rsidRPr="00551759" w:rsidRDefault="00D940AF" w:rsidP="00D940AF">
      <w:r w:rsidRPr="00551759">
        <w:t>[</w:t>
      </w:r>
      <w:proofErr w:type="spellStart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gramStart"/>
      <w:r w:rsidRPr="00551759">
        <w:t>bar[</w:t>
      </w:r>
      <w:proofErr w:type="spellStart"/>
      <w:proofErr w:type="gramEnd"/>
      <w:r w:rsidRPr="00551759">
        <w:t>Rangkum</w:t>
      </w:r>
      <w:proofErr w:type="spellEnd"/>
      <w:r w:rsidRPr="00551759">
        <w:t xml:space="preserve"> </w:t>
      </w:r>
      <w:proofErr w:type="spellStart"/>
      <w:r w:rsidRPr="00551759">
        <w:t>jawaban</w:t>
      </w:r>
      <w:proofErr w:type="spellEnd"/>
      <w:r w:rsidRPr="00551759">
        <w:t xml:space="preserve"> </w:t>
      </w:r>
      <w:proofErr w:type="spellStart"/>
      <w:r w:rsidRPr="00551759">
        <w:t>atas</w:t>
      </w:r>
      <w:proofErr w:type="spellEnd"/>
      <w:r w:rsidRPr="00551759">
        <w:t xml:space="preserve"> </w:t>
      </w:r>
      <w:proofErr w:type="spellStart"/>
      <w:r w:rsidRPr="00551759">
        <w:t>persoalan</w:t>
      </w:r>
      <w:proofErr w:type="spellEnd"/>
      <w:r w:rsidRPr="00551759">
        <w:t xml:space="preserve"> </w:t>
      </w:r>
      <w:proofErr w:type="spellStart"/>
      <w:r w:rsidRPr="00551759">
        <w:t>bab</w:t>
      </w:r>
      <w:proofErr w:type="spellEnd"/>
      <w:r w:rsidRPr="00551759">
        <w:t xml:space="preserve"> dan </w:t>
      </w:r>
      <w:proofErr w:type="spellStart"/>
      <w:r w:rsidRPr="00551759">
        <w:t>tegaskan</w:t>
      </w:r>
      <w:proofErr w:type="spellEnd"/>
      <w:r w:rsidRPr="00551759">
        <w:t xml:space="preserve"> </w:t>
      </w:r>
      <w:proofErr w:type="spellStart"/>
      <w:r w:rsidRPr="00551759">
        <w:t>kontribusinya</w:t>
      </w:r>
      <w:proofErr w:type="spellEnd"/>
      <w:r w:rsidRPr="00551759">
        <w:t xml:space="preserve"> </w:t>
      </w:r>
      <w:proofErr w:type="spellStart"/>
      <w:r w:rsidRPr="00551759">
        <w:t>terhadap</w:t>
      </w:r>
      <w:proofErr w:type="spellEnd"/>
      <w:r w:rsidRPr="00551759">
        <w:t xml:space="preserve"> </w:t>
      </w:r>
      <w:proofErr w:type="spellStart"/>
      <w:r w:rsidRPr="00551759">
        <w:t>tema</w:t>
      </w:r>
      <w:proofErr w:type="spellEnd"/>
      <w:r w:rsidRPr="00551759">
        <w:t xml:space="preserve"> </w:t>
      </w:r>
      <w:proofErr w:type="spellStart"/>
      <w:r w:rsidRPr="00551759">
        <w:t>utama</w:t>
      </w:r>
      <w:proofErr w:type="spellEnd"/>
      <w:r w:rsidRPr="00551759">
        <w:t xml:space="preserve"> </w:t>
      </w:r>
      <w:proofErr w:type="spellStart"/>
      <w:r w:rsidRPr="00551759">
        <w:t>buku</w:t>
      </w:r>
      <w:proofErr w:type="spellEnd"/>
      <w:r w:rsidRPr="00551759">
        <w:t xml:space="preserve">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</w:p>
    <w:p w14:paraId="416F8E83" w14:textId="77777777" w:rsidR="00D940AF" w:rsidRPr="00551759" w:rsidRDefault="00D940AF" w:rsidP="00D940AF"/>
    <w:p w14:paraId="0DB2255C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458603A8" w14:textId="77777777" w:rsidR="006C66EA" w:rsidRPr="00551759" w:rsidRDefault="00000000" w:rsidP="006A2F52">
      <w:pPr>
        <w:pStyle w:val="Heading1"/>
      </w:pPr>
      <w:bookmarkStart w:id="25" w:name="_Toc239536616"/>
      <w:r w:rsidRPr="00551759">
        <w:lastRenderedPageBreak/>
        <w:t>BAB IV — JUDUL BAB 4</w:t>
      </w:r>
      <w:bookmarkEnd w:id="25"/>
    </w:p>
    <w:p w14:paraId="41472F41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62ECA7AE" w14:textId="77777777" w:rsidR="006C66EA" w:rsidRPr="00551759" w:rsidRDefault="00000000">
      <w:pPr>
        <w:pStyle w:val="Heading2"/>
        <w:rPr>
          <w:rFonts w:ascii="Garamond" w:hAnsi="Garamond"/>
        </w:rPr>
      </w:pPr>
      <w:bookmarkStart w:id="26" w:name="_Toc239536617"/>
      <w:r w:rsidRPr="00551759">
        <w:rPr>
          <w:rFonts w:ascii="Garamond" w:hAnsi="Garamond"/>
        </w:rPr>
        <w:t>4.1 Pendahuluan</w:t>
      </w:r>
      <w:bookmarkEnd w:id="26"/>
    </w:p>
    <w:p w14:paraId="2BE99A99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3BDCB7FF" w14:textId="77777777" w:rsidR="006C66EA" w:rsidRPr="00551759" w:rsidRDefault="00000000">
      <w:pPr>
        <w:pStyle w:val="Heading2"/>
        <w:rPr>
          <w:rFonts w:ascii="Garamond" w:hAnsi="Garamond"/>
        </w:rPr>
      </w:pPr>
      <w:bookmarkStart w:id="27" w:name="_Toc239536618"/>
      <w:r w:rsidRPr="00551759">
        <w:rPr>
          <w:rFonts w:ascii="Garamond" w:hAnsi="Garamond"/>
        </w:rPr>
        <w:t>4.2 Landasan Konseptual dan Teoretis</w:t>
      </w:r>
      <w:bookmarkEnd w:id="27"/>
    </w:p>
    <w:p w14:paraId="1D8B985E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0F6102C0" w14:textId="77777777" w:rsidR="006C66EA" w:rsidRPr="00551759" w:rsidRDefault="00000000">
      <w:pPr>
        <w:pStyle w:val="Heading3"/>
        <w:rPr>
          <w:rFonts w:ascii="Garamond" w:hAnsi="Garamond"/>
        </w:rPr>
      </w:pPr>
      <w:bookmarkStart w:id="28" w:name="_Toc239536619"/>
      <w:r w:rsidRPr="00551759">
        <w:rPr>
          <w:rFonts w:ascii="Garamond" w:hAnsi="Garamond"/>
        </w:rPr>
        <w:t>4.2.1 Subbagian Kajian</w:t>
      </w:r>
      <w:bookmarkEnd w:id="28"/>
    </w:p>
    <w:p w14:paraId="17B346DC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53B227DC" w14:textId="77777777" w:rsidR="006C66EA" w:rsidRPr="00551759" w:rsidRDefault="00000000">
      <w:pPr>
        <w:pStyle w:val="Heading2"/>
        <w:rPr>
          <w:rFonts w:ascii="Garamond" w:hAnsi="Garamond"/>
        </w:rPr>
      </w:pPr>
      <w:bookmarkStart w:id="29" w:name="_Toc239536620"/>
      <w:r w:rsidRPr="00551759">
        <w:rPr>
          <w:rFonts w:ascii="Garamond" w:hAnsi="Garamond"/>
        </w:rPr>
        <w:t>4.3 Pembahasan dan Implikasi</w:t>
      </w:r>
      <w:bookmarkEnd w:id="29"/>
    </w:p>
    <w:p w14:paraId="74AFF6C4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1D9AA0DC" w14:textId="77777777" w:rsidR="006C66EA" w:rsidRPr="00551759" w:rsidRDefault="00000000">
      <w:pPr>
        <w:pStyle w:val="Heading2"/>
        <w:rPr>
          <w:rFonts w:ascii="Garamond" w:hAnsi="Garamond"/>
        </w:rPr>
      </w:pPr>
      <w:bookmarkStart w:id="30" w:name="_Toc239536621"/>
      <w:r w:rsidRPr="00551759">
        <w:rPr>
          <w:rFonts w:ascii="Garamond" w:hAnsi="Garamond"/>
        </w:rPr>
        <w:t>4.4 Simpulan Bab</w:t>
      </w:r>
      <w:bookmarkEnd w:id="30"/>
    </w:p>
    <w:p w14:paraId="5019E1E0" w14:textId="037EF09E" w:rsidR="006C66EA" w:rsidRPr="00551759" w:rsidRDefault="00000000">
      <w:r w:rsidRPr="00551759">
        <w:t xml:space="preserve">[Rangkum jawaban atas persoalan bab dan tegaskan kontribusinya terhadap tema utama buku. Hindari menambahkan sumber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r w:rsidR="00A16290" w:rsidRPr="00551759">
        <w:t>[</w:t>
      </w:r>
      <w:proofErr w:type="spellStart"/>
      <w:r w:rsidR="00A16290" w:rsidRPr="00551759">
        <w:t>Rangkum</w:t>
      </w:r>
      <w:proofErr w:type="spellEnd"/>
      <w:r w:rsidR="00A16290" w:rsidRPr="00551759">
        <w:t xml:space="preserve"> </w:t>
      </w:r>
      <w:proofErr w:type="spellStart"/>
      <w:r w:rsidR="00A16290" w:rsidRPr="00551759">
        <w:t>jawaban</w:t>
      </w:r>
      <w:proofErr w:type="spellEnd"/>
      <w:r w:rsidR="00A16290" w:rsidRPr="00551759">
        <w:t xml:space="preserve"> </w:t>
      </w:r>
      <w:proofErr w:type="spellStart"/>
      <w:r w:rsidR="00A16290" w:rsidRPr="00551759">
        <w:t>atas</w:t>
      </w:r>
      <w:proofErr w:type="spellEnd"/>
      <w:r w:rsidR="00A16290" w:rsidRPr="00551759">
        <w:t xml:space="preserve"> </w:t>
      </w:r>
      <w:proofErr w:type="spellStart"/>
      <w:r w:rsidR="00A16290" w:rsidRPr="00551759">
        <w:t>persoalan</w:t>
      </w:r>
      <w:proofErr w:type="spellEnd"/>
      <w:r w:rsidR="00A16290" w:rsidRPr="00551759">
        <w:t xml:space="preserve"> </w:t>
      </w:r>
      <w:proofErr w:type="spellStart"/>
      <w:r w:rsidR="00A16290" w:rsidRPr="00551759">
        <w:t>bab</w:t>
      </w:r>
      <w:proofErr w:type="spellEnd"/>
      <w:r w:rsidR="00A16290" w:rsidRPr="00551759">
        <w:t xml:space="preserve"> dan </w:t>
      </w:r>
      <w:proofErr w:type="spellStart"/>
      <w:r w:rsidR="00A16290" w:rsidRPr="00551759">
        <w:t>tegaskan</w:t>
      </w:r>
      <w:proofErr w:type="spellEnd"/>
      <w:r w:rsidR="00A16290" w:rsidRPr="00551759">
        <w:t xml:space="preserve"> </w:t>
      </w:r>
      <w:proofErr w:type="spellStart"/>
      <w:r w:rsidR="00A16290" w:rsidRPr="00551759">
        <w:t>kontribusinya</w:t>
      </w:r>
      <w:proofErr w:type="spellEnd"/>
      <w:r w:rsidR="00A16290" w:rsidRPr="00551759">
        <w:t xml:space="preserve"> </w:t>
      </w:r>
      <w:proofErr w:type="spellStart"/>
      <w:r w:rsidR="00A16290" w:rsidRPr="00551759">
        <w:t>terhadap</w:t>
      </w:r>
      <w:proofErr w:type="spellEnd"/>
      <w:r w:rsidR="00A16290" w:rsidRPr="00551759">
        <w:t xml:space="preserve"> </w:t>
      </w:r>
      <w:proofErr w:type="spellStart"/>
      <w:r w:rsidR="00A16290" w:rsidRPr="00551759">
        <w:t>tema</w:t>
      </w:r>
      <w:proofErr w:type="spellEnd"/>
      <w:r w:rsidR="00A16290" w:rsidRPr="00551759">
        <w:t xml:space="preserve"> </w:t>
      </w:r>
      <w:proofErr w:type="spellStart"/>
      <w:r w:rsidR="00A16290" w:rsidRPr="00551759">
        <w:t>utama</w:t>
      </w:r>
      <w:proofErr w:type="spellEnd"/>
      <w:r w:rsidR="00A16290" w:rsidRPr="00551759">
        <w:t xml:space="preserve"> </w:t>
      </w:r>
      <w:proofErr w:type="spellStart"/>
      <w:r w:rsidR="00A16290" w:rsidRPr="00551759">
        <w:t>buku</w:t>
      </w:r>
      <w:proofErr w:type="spellEnd"/>
      <w:r w:rsidR="00A16290" w:rsidRPr="00551759">
        <w:t xml:space="preserve">. </w:t>
      </w:r>
      <w:proofErr w:type="spellStart"/>
      <w:r w:rsidR="00A16290" w:rsidRPr="00551759">
        <w:t>Hindari</w:t>
      </w:r>
      <w:proofErr w:type="spellEnd"/>
      <w:r w:rsidR="00A16290" w:rsidRPr="00551759">
        <w:t xml:space="preserve"> </w:t>
      </w:r>
      <w:proofErr w:type="spellStart"/>
      <w:r w:rsidR="00A16290" w:rsidRPr="00551759">
        <w:t>menambahkan</w:t>
      </w:r>
      <w:proofErr w:type="spellEnd"/>
      <w:r w:rsidR="00A16290" w:rsidRPr="00551759">
        <w:t xml:space="preserve"> </w:t>
      </w:r>
      <w:proofErr w:type="spellStart"/>
      <w:r w:rsidR="00A16290" w:rsidRPr="00551759">
        <w:lastRenderedPageBreak/>
        <w:t>sumber</w:t>
      </w:r>
      <w:proofErr w:type="spellEnd"/>
      <w:r w:rsidR="00A16290" w:rsidRPr="00551759">
        <w:t xml:space="preserve"> </w:t>
      </w:r>
      <w:proofErr w:type="spellStart"/>
      <w:r w:rsidR="00A16290" w:rsidRPr="00551759">
        <w:t>atau</w:t>
      </w:r>
      <w:proofErr w:type="spellEnd"/>
      <w:r w:rsidR="00A16290" w:rsidRPr="00551759">
        <w:t xml:space="preserve"> </w:t>
      </w:r>
      <w:proofErr w:type="spellStart"/>
      <w:r w:rsidR="00A16290" w:rsidRPr="00551759">
        <w:t>pembahasan</w:t>
      </w:r>
      <w:proofErr w:type="spellEnd"/>
      <w:r w:rsidR="00A16290" w:rsidRPr="00551759">
        <w:t xml:space="preserve"> </w:t>
      </w:r>
      <w:proofErr w:type="gramStart"/>
      <w:r w:rsidR="00A16290" w:rsidRPr="00551759">
        <w:t>bar[</w:t>
      </w:r>
      <w:proofErr w:type="spellStart"/>
      <w:proofErr w:type="gramEnd"/>
      <w:r w:rsidR="00A16290" w:rsidRPr="00551759">
        <w:t>Rangkum</w:t>
      </w:r>
      <w:proofErr w:type="spellEnd"/>
      <w:r w:rsidR="00A16290" w:rsidRPr="00551759">
        <w:t xml:space="preserve"> </w:t>
      </w:r>
      <w:proofErr w:type="spellStart"/>
      <w:r w:rsidR="00A16290" w:rsidRPr="00551759">
        <w:t>jawaban</w:t>
      </w:r>
      <w:proofErr w:type="spellEnd"/>
      <w:r w:rsidR="00A16290" w:rsidRPr="00551759">
        <w:t xml:space="preserve"> </w:t>
      </w:r>
      <w:proofErr w:type="spellStart"/>
      <w:r w:rsidR="00A16290" w:rsidRPr="00551759">
        <w:t>atas</w:t>
      </w:r>
      <w:proofErr w:type="spellEnd"/>
      <w:r w:rsidR="00A16290" w:rsidRPr="00551759">
        <w:t xml:space="preserve"> </w:t>
      </w:r>
      <w:proofErr w:type="spellStart"/>
      <w:r w:rsidR="00A16290" w:rsidRPr="00551759">
        <w:t>persoalan</w:t>
      </w:r>
      <w:proofErr w:type="spellEnd"/>
      <w:r w:rsidR="00A16290" w:rsidRPr="00551759">
        <w:t xml:space="preserve"> </w:t>
      </w:r>
      <w:proofErr w:type="spellStart"/>
      <w:r w:rsidR="00A16290" w:rsidRPr="00551759">
        <w:t>bab</w:t>
      </w:r>
      <w:proofErr w:type="spellEnd"/>
      <w:r w:rsidR="00A16290" w:rsidRPr="00551759">
        <w:t xml:space="preserve"> dan </w:t>
      </w:r>
      <w:proofErr w:type="spellStart"/>
      <w:r w:rsidR="00A16290" w:rsidRPr="00551759">
        <w:t>tegaskan</w:t>
      </w:r>
      <w:proofErr w:type="spellEnd"/>
      <w:r w:rsidR="00A16290" w:rsidRPr="00551759">
        <w:t xml:space="preserve"> </w:t>
      </w:r>
      <w:proofErr w:type="spellStart"/>
      <w:r w:rsidR="00A16290" w:rsidRPr="00551759">
        <w:t>kontribusinya</w:t>
      </w:r>
      <w:proofErr w:type="spellEnd"/>
      <w:r w:rsidR="00A16290" w:rsidRPr="00551759">
        <w:t xml:space="preserve"> </w:t>
      </w:r>
      <w:proofErr w:type="spellStart"/>
      <w:r w:rsidR="00A16290" w:rsidRPr="00551759">
        <w:t>terhadap</w:t>
      </w:r>
      <w:proofErr w:type="spellEnd"/>
      <w:r w:rsidR="00A16290" w:rsidRPr="00551759">
        <w:t xml:space="preserve"> </w:t>
      </w:r>
      <w:proofErr w:type="spellStart"/>
      <w:r w:rsidR="00A16290" w:rsidRPr="00551759">
        <w:t>tema</w:t>
      </w:r>
      <w:proofErr w:type="spellEnd"/>
      <w:r w:rsidR="00A16290" w:rsidRPr="00551759">
        <w:t xml:space="preserve"> </w:t>
      </w:r>
      <w:proofErr w:type="spellStart"/>
      <w:r w:rsidR="00A16290" w:rsidRPr="00551759">
        <w:t>utama</w:t>
      </w:r>
      <w:proofErr w:type="spellEnd"/>
      <w:r w:rsidR="00A16290" w:rsidRPr="00551759">
        <w:t xml:space="preserve"> </w:t>
      </w:r>
      <w:proofErr w:type="spellStart"/>
      <w:r w:rsidR="00A16290" w:rsidRPr="00551759">
        <w:t>buku</w:t>
      </w:r>
      <w:proofErr w:type="spellEnd"/>
      <w:r w:rsidR="00A16290" w:rsidRPr="00551759">
        <w:t xml:space="preserve">. </w:t>
      </w:r>
      <w:proofErr w:type="spellStart"/>
      <w:r w:rsidR="00A16290" w:rsidRPr="00551759">
        <w:t>Hindari</w:t>
      </w:r>
      <w:proofErr w:type="spellEnd"/>
      <w:r w:rsidR="00A16290" w:rsidRPr="00551759">
        <w:t xml:space="preserve"> </w:t>
      </w:r>
      <w:proofErr w:type="spellStart"/>
      <w:r w:rsidR="00A16290" w:rsidRPr="00551759">
        <w:t>menambahkan</w:t>
      </w:r>
      <w:proofErr w:type="spellEnd"/>
      <w:r w:rsidR="00A16290" w:rsidRPr="00551759">
        <w:t xml:space="preserve"> </w:t>
      </w:r>
      <w:proofErr w:type="spellStart"/>
      <w:r w:rsidR="00A16290" w:rsidRPr="00551759">
        <w:t>sumber</w:t>
      </w:r>
      <w:proofErr w:type="spellEnd"/>
      <w:r w:rsidR="00A16290" w:rsidRPr="00551759">
        <w:t xml:space="preserve"> </w:t>
      </w:r>
      <w:proofErr w:type="spellStart"/>
      <w:r w:rsidR="00A16290" w:rsidRPr="00551759">
        <w:t>atau</w:t>
      </w:r>
      <w:proofErr w:type="spellEnd"/>
      <w:r w:rsidR="00A16290" w:rsidRPr="00551759">
        <w:t xml:space="preserve"> </w:t>
      </w:r>
      <w:proofErr w:type="spellStart"/>
      <w:r w:rsidR="00A16290" w:rsidRPr="00551759">
        <w:t>pembahasan</w:t>
      </w:r>
      <w:proofErr w:type="spellEnd"/>
      <w:r w:rsidR="00A16290" w:rsidRPr="00551759">
        <w:t xml:space="preserve"> </w:t>
      </w:r>
      <w:proofErr w:type="gramStart"/>
      <w:r w:rsidR="00A16290" w:rsidRPr="00551759">
        <w:t>bar[</w:t>
      </w:r>
      <w:proofErr w:type="spellStart"/>
      <w:proofErr w:type="gramEnd"/>
      <w:r w:rsidR="00A16290" w:rsidRPr="00551759">
        <w:t>Rangkum</w:t>
      </w:r>
      <w:proofErr w:type="spellEnd"/>
      <w:r w:rsidR="00A16290" w:rsidRPr="00551759">
        <w:t xml:space="preserve"> </w:t>
      </w:r>
      <w:proofErr w:type="spellStart"/>
      <w:r w:rsidR="00A16290" w:rsidRPr="00551759">
        <w:t>jawaban</w:t>
      </w:r>
      <w:proofErr w:type="spellEnd"/>
      <w:r w:rsidR="00A16290" w:rsidRPr="00551759">
        <w:t xml:space="preserve"> </w:t>
      </w:r>
      <w:proofErr w:type="spellStart"/>
      <w:r w:rsidR="00A16290" w:rsidRPr="00551759">
        <w:t>atas</w:t>
      </w:r>
      <w:proofErr w:type="spellEnd"/>
      <w:r w:rsidR="00A16290" w:rsidRPr="00551759">
        <w:t xml:space="preserve"> </w:t>
      </w:r>
      <w:proofErr w:type="spellStart"/>
      <w:r w:rsidR="00A16290" w:rsidRPr="00551759">
        <w:t>persoalan</w:t>
      </w:r>
      <w:proofErr w:type="spellEnd"/>
      <w:r w:rsidR="00A16290" w:rsidRPr="00551759">
        <w:t xml:space="preserve"> </w:t>
      </w:r>
      <w:proofErr w:type="spellStart"/>
      <w:r w:rsidR="00A16290" w:rsidRPr="00551759">
        <w:t>bab</w:t>
      </w:r>
      <w:proofErr w:type="spellEnd"/>
      <w:r w:rsidR="00A16290" w:rsidRPr="00551759">
        <w:t xml:space="preserve"> dan </w:t>
      </w:r>
      <w:proofErr w:type="spellStart"/>
      <w:r w:rsidR="00A16290" w:rsidRPr="00551759">
        <w:t>tegaskan</w:t>
      </w:r>
      <w:proofErr w:type="spellEnd"/>
      <w:r w:rsidR="00A16290" w:rsidRPr="00551759">
        <w:t xml:space="preserve"> </w:t>
      </w:r>
      <w:proofErr w:type="spellStart"/>
      <w:r w:rsidR="00A16290" w:rsidRPr="00551759">
        <w:t>kontribusinya</w:t>
      </w:r>
      <w:proofErr w:type="spellEnd"/>
      <w:r w:rsidR="00A16290" w:rsidRPr="00551759">
        <w:t xml:space="preserve"> </w:t>
      </w:r>
      <w:proofErr w:type="spellStart"/>
      <w:r w:rsidR="00A16290" w:rsidRPr="00551759">
        <w:t>terhadap</w:t>
      </w:r>
      <w:proofErr w:type="spellEnd"/>
      <w:r w:rsidR="00A16290" w:rsidRPr="00551759">
        <w:t xml:space="preserve"> </w:t>
      </w:r>
      <w:proofErr w:type="spellStart"/>
      <w:r w:rsidR="00A16290" w:rsidRPr="00551759">
        <w:t>tema</w:t>
      </w:r>
      <w:proofErr w:type="spellEnd"/>
      <w:r w:rsidR="00A16290" w:rsidRPr="00551759">
        <w:t xml:space="preserve"> </w:t>
      </w:r>
      <w:proofErr w:type="spellStart"/>
      <w:r w:rsidR="00A16290" w:rsidRPr="00551759">
        <w:t>utama</w:t>
      </w:r>
      <w:proofErr w:type="spellEnd"/>
      <w:r w:rsidR="00A16290" w:rsidRPr="00551759">
        <w:t xml:space="preserve"> </w:t>
      </w:r>
      <w:proofErr w:type="spellStart"/>
      <w:r w:rsidR="00A16290" w:rsidRPr="00551759">
        <w:t>buku</w:t>
      </w:r>
      <w:proofErr w:type="spellEnd"/>
      <w:r w:rsidR="00A16290" w:rsidRPr="00551759">
        <w:t xml:space="preserve">. </w:t>
      </w:r>
      <w:proofErr w:type="spellStart"/>
      <w:r w:rsidR="00A16290" w:rsidRPr="00551759">
        <w:t>Hindari</w:t>
      </w:r>
      <w:proofErr w:type="spellEnd"/>
      <w:r w:rsidR="00A16290" w:rsidRPr="00551759">
        <w:t xml:space="preserve"> </w:t>
      </w:r>
      <w:proofErr w:type="spellStart"/>
      <w:r w:rsidR="00A16290" w:rsidRPr="00551759">
        <w:t>menambahkan</w:t>
      </w:r>
      <w:proofErr w:type="spellEnd"/>
      <w:r w:rsidR="00A16290" w:rsidRPr="00551759">
        <w:t xml:space="preserve"> </w:t>
      </w:r>
      <w:proofErr w:type="spellStart"/>
      <w:r w:rsidR="00A16290" w:rsidRPr="00551759">
        <w:t>sumber</w:t>
      </w:r>
      <w:proofErr w:type="spellEnd"/>
      <w:r w:rsidR="00A16290" w:rsidRPr="00551759">
        <w:t xml:space="preserve"> </w:t>
      </w:r>
      <w:proofErr w:type="spellStart"/>
      <w:r w:rsidR="00A16290" w:rsidRPr="00551759">
        <w:t>atau</w:t>
      </w:r>
      <w:proofErr w:type="spellEnd"/>
      <w:r w:rsidR="00A16290" w:rsidRPr="00551759">
        <w:t xml:space="preserve"> </w:t>
      </w:r>
      <w:proofErr w:type="spellStart"/>
      <w:r w:rsidR="00A16290" w:rsidRPr="00551759">
        <w:t>pembahasan</w:t>
      </w:r>
      <w:proofErr w:type="spellEnd"/>
      <w:r w:rsidR="00A16290" w:rsidRPr="00551759">
        <w:t xml:space="preserve"> </w:t>
      </w:r>
      <w:proofErr w:type="spellStart"/>
      <w:r w:rsidR="00A16290" w:rsidRPr="00551759">
        <w:t>bar</w:t>
      </w:r>
      <w:r w:rsidRPr="00551759">
        <w:t>baru</w:t>
      </w:r>
      <w:proofErr w:type="spellEnd"/>
      <w:r w:rsidRPr="00551759">
        <w:t>.]</w:t>
      </w:r>
    </w:p>
    <w:p w14:paraId="5F8AEB93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3EDDA529" w14:textId="77777777" w:rsidR="006C66EA" w:rsidRPr="00551759" w:rsidRDefault="00000000" w:rsidP="006A2F52">
      <w:pPr>
        <w:pStyle w:val="Heading1"/>
      </w:pPr>
      <w:bookmarkStart w:id="31" w:name="_Toc239536622"/>
      <w:r w:rsidRPr="00551759">
        <w:lastRenderedPageBreak/>
        <w:t>BAB V — JUDUL BAB 5</w:t>
      </w:r>
      <w:bookmarkEnd w:id="31"/>
    </w:p>
    <w:p w14:paraId="5815E16C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5A75C9AB" w14:textId="77777777" w:rsidR="006C66EA" w:rsidRPr="00551759" w:rsidRDefault="00000000">
      <w:pPr>
        <w:pStyle w:val="Heading2"/>
        <w:rPr>
          <w:rFonts w:ascii="Garamond" w:hAnsi="Garamond"/>
        </w:rPr>
      </w:pPr>
      <w:bookmarkStart w:id="32" w:name="_Toc239536623"/>
      <w:r w:rsidRPr="00551759">
        <w:rPr>
          <w:rFonts w:ascii="Garamond" w:hAnsi="Garamond"/>
        </w:rPr>
        <w:t>5.1 Pendahuluan</w:t>
      </w:r>
      <w:bookmarkEnd w:id="32"/>
    </w:p>
    <w:p w14:paraId="73C6925D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23E9F38C" w14:textId="77777777" w:rsidR="006C66EA" w:rsidRPr="00551759" w:rsidRDefault="00000000">
      <w:pPr>
        <w:pStyle w:val="Heading2"/>
        <w:rPr>
          <w:rFonts w:ascii="Garamond" w:hAnsi="Garamond"/>
        </w:rPr>
      </w:pPr>
      <w:bookmarkStart w:id="33" w:name="_Toc239536624"/>
      <w:r w:rsidRPr="00551759">
        <w:rPr>
          <w:rFonts w:ascii="Garamond" w:hAnsi="Garamond"/>
        </w:rPr>
        <w:t>5.2 Landasan Konseptual dan Teoretis</w:t>
      </w:r>
      <w:bookmarkEnd w:id="33"/>
    </w:p>
    <w:p w14:paraId="6130FBC7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2F37EACB" w14:textId="77777777" w:rsidR="006C66EA" w:rsidRPr="00551759" w:rsidRDefault="00000000">
      <w:pPr>
        <w:pStyle w:val="Heading3"/>
        <w:rPr>
          <w:rFonts w:ascii="Garamond" w:hAnsi="Garamond"/>
        </w:rPr>
      </w:pPr>
      <w:bookmarkStart w:id="34" w:name="_Toc239536625"/>
      <w:r w:rsidRPr="00551759">
        <w:rPr>
          <w:rFonts w:ascii="Garamond" w:hAnsi="Garamond"/>
        </w:rPr>
        <w:t>5.2.1 Subbagian Kajian</w:t>
      </w:r>
      <w:bookmarkEnd w:id="34"/>
    </w:p>
    <w:p w14:paraId="0F373DFF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555227B7" w14:textId="77777777" w:rsidR="006C66EA" w:rsidRPr="00551759" w:rsidRDefault="00000000">
      <w:pPr>
        <w:pStyle w:val="Heading2"/>
        <w:rPr>
          <w:rFonts w:ascii="Garamond" w:hAnsi="Garamond"/>
        </w:rPr>
      </w:pPr>
      <w:bookmarkStart w:id="35" w:name="_Toc239536626"/>
      <w:r w:rsidRPr="00551759">
        <w:rPr>
          <w:rFonts w:ascii="Garamond" w:hAnsi="Garamond"/>
        </w:rPr>
        <w:t>5.3 Pembahasan dan Implikasi</w:t>
      </w:r>
      <w:bookmarkEnd w:id="35"/>
    </w:p>
    <w:p w14:paraId="4BCA8DA4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34A8B794" w14:textId="77777777" w:rsidR="006C66EA" w:rsidRPr="00551759" w:rsidRDefault="00000000">
      <w:pPr>
        <w:pStyle w:val="Heading2"/>
        <w:rPr>
          <w:rFonts w:ascii="Garamond" w:hAnsi="Garamond"/>
        </w:rPr>
      </w:pPr>
      <w:bookmarkStart w:id="36" w:name="_Toc239536627"/>
      <w:r w:rsidRPr="00551759">
        <w:rPr>
          <w:rFonts w:ascii="Garamond" w:hAnsi="Garamond"/>
        </w:rPr>
        <w:t>5.4 Simpulan Bab</w:t>
      </w:r>
      <w:bookmarkEnd w:id="36"/>
    </w:p>
    <w:p w14:paraId="47976AED" w14:textId="1C7045CF" w:rsidR="006C66EA" w:rsidRPr="00551759" w:rsidRDefault="00000000">
      <w:r w:rsidRPr="00551759">
        <w:t xml:space="preserve">[Rangkum jawaban atas persoalan bab dan tegaskan kontribusinya terhadap tema utama buku. Hindari menambahkan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</w:t>
      </w:r>
      <w:r w:rsidR="005D1A3B" w:rsidRPr="00551759">
        <w:t>[</w:t>
      </w:r>
      <w:proofErr w:type="spellStart"/>
      <w:proofErr w:type="gramEnd"/>
      <w:r w:rsidR="005D1A3B" w:rsidRPr="00551759">
        <w:t>Rangkum</w:t>
      </w:r>
      <w:proofErr w:type="spellEnd"/>
      <w:r w:rsidR="005D1A3B" w:rsidRPr="00551759">
        <w:t xml:space="preserve"> </w:t>
      </w:r>
      <w:proofErr w:type="spellStart"/>
      <w:r w:rsidR="005D1A3B" w:rsidRPr="00551759">
        <w:t>jawaban</w:t>
      </w:r>
      <w:proofErr w:type="spellEnd"/>
      <w:r w:rsidR="005D1A3B" w:rsidRPr="00551759">
        <w:t xml:space="preserve"> </w:t>
      </w:r>
      <w:proofErr w:type="spellStart"/>
      <w:r w:rsidR="005D1A3B" w:rsidRPr="00551759">
        <w:t>atas</w:t>
      </w:r>
      <w:proofErr w:type="spellEnd"/>
      <w:r w:rsidR="005D1A3B" w:rsidRPr="00551759">
        <w:t xml:space="preserve"> </w:t>
      </w:r>
      <w:proofErr w:type="spellStart"/>
      <w:r w:rsidR="005D1A3B" w:rsidRPr="00551759">
        <w:t>persoalan</w:t>
      </w:r>
      <w:proofErr w:type="spellEnd"/>
      <w:r w:rsidR="005D1A3B" w:rsidRPr="00551759">
        <w:t xml:space="preserve"> </w:t>
      </w:r>
      <w:proofErr w:type="spellStart"/>
      <w:r w:rsidR="005D1A3B" w:rsidRPr="00551759">
        <w:t>bab</w:t>
      </w:r>
      <w:proofErr w:type="spellEnd"/>
      <w:r w:rsidR="005D1A3B" w:rsidRPr="00551759">
        <w:t xml:space="preserve"> dan </w:t>
      </w:r>
      <w:proofErr w:type="spellStart"/>
      <w:r w:rsidR="005D1A3B" w:rsidRPr="00551759">
        <w:t>tegaskan</w:t>
      </w:r>
      <w:proofErr w:type="spellEnd"/>
      <w:r w:rsidR="005D1A3B" w:rsidRPr="00551759">
        <w:t xml:space="preserve"> </w:t>
      </w:r>
      <w:proofErr w:type="spellStart"/>
      <w:r w:rsidR="005D1A3B" w:rsidRPr="00551759">
        <w:t>kontribusinya</w:t>
      </w:r>
      <w:proofErr w:type="spellEnd"/>
      <w:r w:rsidR="005D1A3B" w:rsidRPr="00551759">
        <w:t xml:space="preserve"> </w:t>
      </w:r>
      <w:proofErr w:type="spellStart"/>
      <w:r w:rsidR="005D1A3B" w:rsidRPr="00551759">
        <w:t>terhadap</w:t>
      </w:r>
      <w:proofErr w:type="spellEnd"/>
      <w:r w:rsidR="005D1A3B" w:rsidRPr="00551759">
        <w:t xml:space="preserve"> </w:t>
      </w:r>
      <w:proofErr w:type="spellStart"/>
      <w:r w:rsidR="005D1A3B" w:rsidRPr="00551759">
        <w:t>tema</w:t>
      </w:r>
      <w:proofErr w:type="spellEnd"/>
      <w:r w:rsidR="005D1A3B" w:rsidRPr="00551759">
        <w:t xml:space="preserve"> </w:t>
      </w:r>
      <w:proofErr w:type="spellStart"/>
      <w:r w:rsidR="005D1A3B" w:rsidRPr="00551759">
        <w:t>utama</w:t>
      </w:r>
      <w:proofErr w:type="spellEnd"/>
      <w:r w:rsidR="005D1A3B" w:rsidRPr="00551759">
        <w:t xml:space="preserve"> </w:t>
      </w:r>
      <w:proofErr w:type="spellStart"/>
      <w:r w:rsidR="005D1A3B" w:rsidRPr="00551759">
        <w:t>buku</w:t>
      </w:r>
      <w:proofErr w:type="spellEnd"/>
      <w:r w:rsidR="005D1A3B" w:rsidRPr="00551759">
        <w:t xml:space="preserve">. </w:t>
      </w:r>
      <w:proofErr w:type="spellStart"/>
      <w:r w:rsidR="005D1A3B" w:rsidRPr="00551759">
        <w:t>Hindari</w:t>
      </w:r>
      <w:proofErr w:type="spellEnd"/>
      <w:r w:rsidR="005D1A3B" w:rsidRPr="00551759">
        <w:t xml:space="preserve"> </w:t>
      </w:r>
      <w:proofErr w:type="spellStart"/>
      <w:r w:rsidR="005D1A3B" w:rsidRPr="00551759">
        <w:t>menambahkan</w:t>
      </w:r>
      <w:proofErr w:type="spellEnd"/>
      <w:r w:rsidR="005D1A3B" w:rsidRPr="00551759">
        <w:t xml:space="preserve"> </w:t>
      </w:r>
      <w:proofErr w:type="spellStart"/>
      <w:r w:rsidR="005D1A3B" w:rsidRPr="00551759">
        <w:lastRenderedPageBreak/>
        <w:t>sumber</w:t>
      </w:r>
      <w:proofErr w:type="spellEnd"/>
      <w:r w:rsidR="005D1A3B" w:rsidRPr="00551759">
        <w:t xml:space="preserve"> </w:t>
      </w:r>
      <w:proofErr w:type="spellStart"/>
      <w:r w:rsidR="005D1A3B" w:rsidRPr="00551759">
        <w:t>atau</w:t>
      </w:r>
      <w:proofErr w:type="spellEnd"/>
      <w:r w:rsidR="005D1A3B" w:rsidRPr="00551759">
        <w:t xml:space="preserve"> </w:t>
      </w:r>
      <w:proofErr w:type="spellStart"/>
      <w:r w:rsidR="005D1A3B" w:rsidRPr="00551759">
        <w:t>pembahasan</w:t>
      </w:r>
      <w:proofErr w:type="spellEnd"/>
      <w:r w:rsidR="005D1A3B" w:rsidRPr="00551759">
        <w:t xml:space="preserve"> </w:t>
      </w:r>
      <w:proofErr w:type="gramStart"/>
      <w:r w:rsidR="005D1A3B" w:rsidRPr="00551759">
        <w:t>bar[</w:t>
      </w:r>
      <w:proofErr w:type="spellStart"/>
      <w:proofErr w:type="gramEnd"/>
      <w:r w:rsidR="005D1A3B" w:rsidRPr="00551759">
        <w:t>Rangkum</w:t>
      </w:r>
      <w:proofErr w:type="spellEnd"/>
      <w:r w:rsidR="005D1A3B" w:rsidRPr="00551759">
        <w:t xml:space="preserve"> </w:t>
      </w:r>
      <w:proofErr w:type="spellStart"/>
      <w:r w:rsidR="005D1A3B" w:rsidRPr="00551759">
        <w:t>jawaban</w:t>
      </w:r>
      <w:proofErr w:type="spellEnd"/>
      <w:r w:rsidR="005D1A3B" w:rsidRPr="00551759">
        <w:t xml:space="preserve"> </w:t>
      </w:r>
      <w:proofErr w:type="spellStart"/>
      <w:r w:rsidR="005D1A3B" w:rsidRPr="00551759">
        <w:t>atas</w:t>
      </w:r>
      <w:proofErr w:type="spellEnd"/>
      <w:r w:rsidR="005D1A3B" w:rsidRPr="00551759">
        <w:t xml:space="preserve"> </w:t>
      </w:r>
      <w:proofErr w:type="spellStart"/>
      <w:r w:rsidR="005D1A3B" w:rsidRPr="00551759">
        <w:t>persoalan</w:t>
      </w:r>
      <w:proofErr w:type="spellEnd"/>
      <w:r w:rsidR="005D1A3B" w:rsidRPr="00551759">
        <w:t xml:space="preserve"> </w:t>
      </w:r>
      <w:proofErr w:type="spellStart"/>
      <w:r w:rsidR="005D1A3B" w:rsidRPr="00551759">
        <w:t>bab</w:t>
      </w:r>
      <w:proofErr w:type="spellEnd"/>
      <w:r w:rsidR="005D1A3B" w:rsidRPr="00551759">
        <w:t xml:space="preserve"> dan </w:t>
      </w:r>
      <w:proofErr w:type="spellStart"/>
      <w:r w:rsidR="005D1A3B" w:rsidRPr="00551759">
        <w:t>tegaskan</w:t>
      </w:r>
      <w:proofErr w:type="spellEnd"/>
      <w:r w:rsidR="005D1A3B" w:rsidRPr="00551759">
        <w:t xml:space="preserve"> </w:t>
      </w:r>
      <w:proofErr w:type="spellStart"/>
      <w:r w:rsidR="005D1A3B" w:rsidRPr="00551759">
        <w:t>kontribusinya</w:t>
      </w:r>
      <w:proofErr w:type="spellEnd"/>
      <w:r w:rsidR="005D1A3B" w:rsidRPr="00551759">
        <w:t xml:space="preserve"> </w:t>
      </w:r>
      <w:proofErr w:type="spellStart"/>
      <w:r w:rsidR="005D1A3B" w:rsidRPr="00551759">
        <w:t>terhadap</w:t>
      </w:r>
      <w:proofErr w:type="spellEnd"/>
      <w:r w:rsidR="005D1A3B" w:rsidRPr="00551759">
        <w:t xml:space="preserve"> </w:t>
      </w:r>
      <w:proofErr w:type="spellStart"/>
      <w:r w:rsidR="005D1A3B" w:rsidRPr="00551759">
        <w:t>tema</w:t>
      </w:r>
      <w:proofErr w:type="spellEnd"/>
      <w:r w:rsidR="005D1A3B" w:rsidRPr="00551759">
        <w:t xml:space="preserve"> </w:t>
      </w:r>
      <w:proofErr w:type="spellStart"/>
      <w:r w:rsidR="005D1A3B" w:rsidRPr="00551759">
        <w:t>utama</w:t>
      </w:r>
      <w:proofErr w:type="spellEnd"/>
      <w:r w:rsidR="005D1A3B" w:rsidRPr="00551759">
        <w:t xml:space="preserve"> </w:t>
      </w:r>
      <w:proofErr w:type="spellStart"/>
      <w:r w:rsidR="005D1A3B" w:rsidRPr="00551759">
        <w:t>buku</w:t>
      </w:r>
      <w:proofErr w:type="spellEnd"/>
      <w:r w:rsidR="005D1A3B" w:rsidRPr="00551759">
        <w:t xml:space="preserve">. </w:t>
      </w:r>
      <w:proofErr w:type="spellStart"/>
      <w:r w:rsidR="005D1A3B" w:rsidRPr="00551759">
        <w:t>Hindari</w:t>
      </w:r>
      <w:proofErr w:type="spellEnd"/>
      <w:r w:rsidR="005D1A3B" w:rsidRPr="00551759">
        <w:t xml:space="preserve"> </w:t>
      </w:r>
      <w:proofErr w:type="spellStart"/>
      <w:r w:rsidR="005D1A3B" w:rsidRPr="00551759">
        <w:t>menambahkan</w:t>
      </w:r>
      <w:proofErr w:type="spellEnd"/>
      <w:r w:rsidR="005D1A3B" w:rsidRPr="00551759">
        <w:t xml:space="preserve"> </w:t>
      </w:r>
      <w:proofErr w:type="spellStart"/>
      <w:r w:rsidR="005D1A3B" w:rsidRPr="00551759">
        <w:t>sumber</w:t>
      </w:r>
      <w:proofErr w:type="spellEnd"/>
      <w:r w:rsidR="005D1A3B" w:rsidRPr="00551759">
        <w:t xml:space="preserve"> </w:t>
      </w:r>
      <w:proofErr w:type="spellStart"/>
      <w:r w:rsidR="005D1A3B" w:rsidRPr="00551759">
        <w:t>atau</w:t>
      </w:r>
      <w:proofErr w:type="spellEnd"/>
      <w:r w:rsidR="005D1A3B" w:rsidRPr="00551759">
        <w:t xml:space="preserve"> </w:t>
      </w:r>
      <w:proofErr w:type="spellStart"/>
      <w:r w:rsidR="005D1A3B" w:rsidRPr="00551759">
        <w:t>pembahasan</w:t>
      </w:r>
      <w:proofErr w:type="spellEnd"/>
      <w:r w:rsidR="005D1A3B" w:rsidRPr="00551759">
        <w:t xml:space="preserve"> </w:t>
      </w:r>
      <w:proofErr w:type="gramStart"/>
      <w:r w:rsidR="005D1A3B" w:rsidRPr="00551759">
        <w:t>bar[</w:t>
      </w:r>
      <w:proofErr w:type="spellStart"/>
      <w:proofErr w:type="gramEnd"/>
      <w:r w:rsidR="005D1A3B" w:rsidRPr="00551759">
        <w:t>Rangkum</w:t>
      </w:r>
      <w:proofErr w:type="spellEnd"/>
      <w:r w:rsidR="005D1A3B" w:rsidRPr="00551759">
        <w:t xml:space="preserve"> </w:t>
      </w:r>
      <w:proofErr w:type="spellStart"/>
      <w:r w:rsidR="005D1A3B" w:rsidRPr="00551759">
        <w:t>jawaban</w:t>
      </w:r>
      <w:proofErr w:type="spellEnd"/>
      <w:r w:rsidR="005D1A3B" w:rsidRPr="00551759">
        <w:t xml:space="preserve"> </w:t>
      </w:r>
      <w:proofErr w:type="spellStart"/>
      <w:r w:rsidR="005D1A3B" w:rsidRPr="00551759">
        <w:t>atas</w:t>
      </w:r>
      <w:proofErr w:type="spellEnd"/>
      <w:r w:rsidR="005D1A3B" w:rsidRPr="00551759">
        <w:t xml:space="preserve"> </w:t>
      </w:r>
      <w:proofErr w:type="spellStart"/>
      <w:r w:rsidR="005D1A3B" w:rsidRPr="00551759">
        <w:t>persoalan</w:t>
      </w:r>
      <w:proofErr w:type="spellEnd"/>
      <w:r w:rsidR="005D1A3B" w:rsidRPr="00551759">
        <w:t xml:space="preserve"> </w:t>
      </w:r>
      <w:proofErr w:type="spellStart"/>
      <w:r w:rsidR="005D1A3B" w:rsidRPr="00551759">
        <w:t>bab</w:t>
      </w:r>
      <w:proofErr w:type="spellEnd"/>
      <w:r w:rsidR="005D1A3B" w:rsidRPr="00551759">
        <w:t xml:space="preserve"> dan </w:t>
      </w:r>
      <w:proofErr w:type="spellStart"/>
      <w:r w:rsidR="005D1A3B" w:rsidRPr="00551759">
        <w:t>tegaskan</w:t>
      </w:r>
      <w:proofErr w:type="spellEnd"/>
      <w:r w:rsidR="005D1A3B" w:rsidRPr="00551759">
        <w:t xml:space="preserve"> </w:t>
      </w:r>
      <w:proofErr w:type="spellStart"/>
      <w:r w:rsidR="005D1A3B" w:rsidRPr="00551759">
        <w:t>kontribusinya</w:t>
      </w:r>
      <w:proofErr w:type="spellEnd"/>
      <w:r w:rsidR="005D1A3B" w:rsidRPr="00551759">
        <w:t xml:space="preserve"> </w:t>
      </w:r>
      <w:proofErr w:type="spellStart"/>
      <w:r w:rsidR="005D1A3B" w:rsidRPr="00551759">
        <w:t>terhadap</w:t>
      </w:r>
      <w:proofErr w:type="spellEnd"/>
      <w:r w:rsidR="005D1A3B" w:rsidRPr="00551759">
        <w:t xml:space="preserve"> </w:t>
      </w:r>
      <w:proofErr w:type="spellStart"/>
      <w:r w:rsidR="005D1A3B" w:rsidRPr="00551759">
        <w:t>tema</w:t>
      </w:r>
      <w:proofErr w:type="spellEnd"/>
      <w:r w:rsidR="005D1A3B" w:rsidRPr="00551759">
        <w:t xml:space="preserve"> </w:t>
      </w:r>
      <w:proofErr w:type="spellStart"/>
      <w:r w:rsidR="005D1A3B" w:rsidRPr="00551759">
        <w:t>utama</w:t>
      </w:r>
      <w:proofErr w:type="spellEnd"/>
      <w:r w:rsidR="005D1A3B" w:rsidRPr="00551759">
        <w:t xml:space="preserve"> </w:t>
      </w:r>
      <w:proofErr w:type="spellStart"/>
      <w:r w:rsidR="005D1A3B" w:rsidRPr="00551759">
        <w:t>buku</w:t>
      </w:r>
      <w:proofErr w:type="spellEnd"/>
      <w:r w:rsidR="005D1A3B" w:rsidRPr="00551759">
        <w:t xml:space="preserve">. </w:t>
      </w:r>
      <w:proofErr w:type="spellStart"/>
      <w:r w:rsidR="005D1A3B" w:rsidRPr="00551759">
        <w:t>Hindari</w:t>
      </w:r>
      <w:proofErr w:type="spellEnd"/>
      <w:r w:rsidR="005D1A3B" w:rsidRPr="00551759">
        <w:t xml:space="preserve"> </w:t>
      </w:r>
      <w:proofErr w:type="spellStart"/>
      <w:r w:rsidR="005D1A3B" w:rsidRPr="00551759">
        <w:t>menambahkan</w:t>
      </w:r>
      <w:proofErr w:type="spellEnd"/>
      <w:r w:rsidR="005D1A3B" w:rsidRPr="00551759">
        <w:t xml:space="preserve"> </w:t>
      </w:r>
      <w:proofErr w:type="spellStart"/>
      <w:r w:rsidR="005D1A3B" w:rsidRPr="00551759">
        <w:t>sumber</w:t>
      </w:r>
      <w:proofErr w:type="spellEnd"/>
      <w:r w:rsidR="005D1A3B" w:rsidRPr="00551759">
        <w:t xml:space="preserve"> </w:t>
      </w:r>
      <w:proofErr w:type="spellStart"/>
      <w:r w:rsidR="005D1A3B" w:rsidRPr="00551759">
        <w:t>atau</w:t>
      </w:r>
      <w:proofErr w:type="spellEnd"/>
      <w:r w:rsidR="005D1A3B" w:rsidRPr="00551759">
        <w:t xml:space="preserve"> </w:t>
      </w:r>
      <w:proofErr w:type="spellStart"/>
      <w:r w:rsidR="005D1A3B" w:rsidRPr="00551759">
        <w:t>pembahasan</w:t>
      </w:r>
      <w:proofErr w:type="spellEnd"/>
      <w:r w:rsidR="005D1A3B" w:rsidRPr="00551759">
        <w:t xml:space="preserve"> bar</w:t>
      </w:r>
      <w:r w:rsidR="005D1A3B">
        <w:t>.</w:t>
      </w:r>
    </w:p>
    <w:p w14:paraId="200A6FC9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40F0D220" w14:textId="77777777" w:rsidR="006C66EA" w:rsidRPr="00551759" w:rsidRDefault="00000000" w:rsidP="006A2F52">
      <w:pPr>
        <w:pStyle w:val="Heading1"/>
      </w:pPr>
      <w:bookmarkStart w:id="37" w:name="_Toc239536628"/>
      <w:r w:rsidRPr="00551759">
        <w:lastRenderedPageBreak/>
        <w:t>BAB VI — JUDUL BAB 6</w:t>
      </w:r>
      <w:bookmarkEnd w:id="37"/>
    </w:p>
    <w:p w14:paraId="71B9E08D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02E873A4" w14:textId="77777777" w:rsidR="006C66EA" w:rsidRPr="00551759" w:rsidRDefault="00000000">
      <w:pPr>
        <w:pStyle w:val="Heading2"/>
        <w:rPr>
          <w:rFonts w:ascii="Garamond" w:hAnsi="Garamond"/>
        </w:rPr>
      </w:pPr>
      <w:bookmarkStart w:id="38" w:name="_Toc239536629"/>
      <w:r w:rsidRPr="00551759">
        <w:rPr>
          <w:rFonts w:ascii="Garamond" w:hAnsi="Garamond"/>
        </w:rPr>
        <w:t>6.1 Pendahuluan</w:t>
      </w:r>
      <w:bookmarkEnd w:id="38"/>
    </w:p>
    <w:p w14:paraId="2AA91C24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34A96873" w14:textId="77777777" w:rsidR="006C66EA" w:rsidRPr="00551759" w:rsidRDefault="00000000">
      <w:pPr>
        <w:pStyle w:val="Heading2"/>
        <w:rPr>
          <w:rFonts w:ascii="Garamond" w:hAnsi="Garamond"/>
        </w:rPr>
      </w:pPr>
      <w:bookmarkStart w:id="39" w:name="_Toc239536630"/>
      <w:r w:rsidRPr="00551759">
        <w:rPr>
          <w:rFonts w:ascii="Garamond" w:hAnsi="Garamond"/>
        </w:rPr>
        <w:t>6.2 Landasan Konseptual dan Teoretis</w:t>
      </w:r>
      <w:bookmarkEnd w:id="39"/>
    </w:p>
    <w:p w14:paraId="6218C650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6B7CD04A" w14:textId="77777777" w:rsidR="006C66EA" w:rsidRPr="00551759" w:rsidRDefault="00000000">
      <w:pPr>
        <w:pStyle w:val="Heading3"/>
        <w:rPr>
          <w:rFonts w:ascii="Garamond" w:hAnsi="Garamond"/>
        </w:rPr>
      </w:pPr>
      <w:bookmarkStart w:id="40" w:name="_Toc239536631"/>
      <w:r w:rsidRPr="00551759">
        <w:rPr>
          <w:rFonts w:ascii="Garamond" w:hAnsi="Garamond"/>
        </w:rPr>
        <w:t>6.2.1 Subbagian Kajian</w:t>
      </w:r>
      <w:bookmarkEnd w:id="40"/>
    </w:p>
    <w:p w14:paraId="2E4F8FEF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3D5190C7" w14:textId="77777777" w:rsidR="006C66EA" w:rsidRPr="00551759" w:rsidRDefault="00000000">
      <w:pPr>
        <w:pStyle w:val="Heading2"/>
        <w:rPr>
          <w:rFonts w:ascii="Garamond" w:hAnsi="Garamond"/>
        </w:rPr>
      </w:pPr>
      <w:bookmarkStart w:id="41" w:name="_Toc239536632"/>
      <w:r w:rsidRPr="00551759">
        <w:rPr>
          <w:rFonts w:ascii="Garamond" w:hAnsi="Garamond"/>
        </w:rPr>
        <w:t>6.3 Pembahasan dan Implikasi</w:t>
      </w:r>
      <w:bookmarkEnd w:id="41"/>
    </w:p>
    <w:p w14:paraId="7D2BEAAC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18D6B429" w14:textId="77777777" w:rsidR="006C66EA" w:rsidRPr="00551759" w:rsidRDefault="00000000">
      <w:pPr>
        <w:pStyle w:val="Heading2"/>
        <w:rPr>
          <w:rFonts w:ascii="Garamond" w:hAnsi="Garamond"/>
        </w:rPr>
      </w:pPr>
      <w:bookmarkStart w:id="42" w:name="_Toc239536633"/>
      <w:r w:rsidRPr="00551759">
        <w:rPr>
          <w:rFonts w:ascii="Garamond" w:hAnsi="Garamond"/>
        </w:rPr>
        <w:t>6.4 Simpulan Bab</w:t>
      </w:r>
      <w:bookmarkEnd w:id="42"/>
    </w:p>
    <w:p w14:paraId="7FCA3D1E" w14:textId="1E17BAB0" w:rsidR="006C66EA" w:rsidRPr="00551759" w:rsidRDefault="00000000">
      <w:r w:rsidRPr="00551759">
        <w:t xml:space="preserve">[Rangkum jawaban atas persoalan bab dan tegaskan kontribusinya terhadap tema utama buku. Hindari menambahkan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</w:t>
      </w:r>
      <w:r w:rsidR="001B7386" w:rsidRPr="00551759">
        <w:t>[</w:t>
      </w:r>
      <w:proofErr w:type="spellStart"/>
      <w:proofErr w:type="gramEnd"/>
      <w:r w:rsidR="001B7386" w:rsidRPr="00551759">
        <w:t>Rangkum</w:t>
      </w:r>
      <w:proofErr w:type="spellEnd"/>
      <w:r w:rsidR="001B7386" w:rsidRPr="00551759">
        <w:t xml:space="preserve"> </w:t>
      </w:r>
      <w:proofErr w:type="spellStart"/>
      <w:r w:rsidR="001B7386" w:rsidRPr="00551759">
        <w:t>jawaban</w:t>
      </w:r>
      <w:proofErr w:type="spellEnd"/>
      <w:r w:rsidR="001B7386" w:rsidRPr="00551759">
        <w:t xml:space="preserve"> </w:t>
      </w:r>
      <w:proofErr w:type="spellStart"/>
      <w:r w:rsidR="001B7386" w:rsidRPr="00551759">
        <w:t>atas</w:t>
      </w:r>
      <w:proofErr w:type="spellEnd"/>
      <w:r w:rsidR="001B7386" w:rsidRPr="00551759">
        <w:t xml:space="preserve"> </w:t>
      </w:r>
      <w:proofErr w:type="spellStart"/>
      <w:r w:rsidR="001B7386" w:rsidRPr="00551759">
        <w:t>persoalan</w:t>
      </w:r>
      <w:proofErr w:type="spellEnd"/>
      <w:r w:rsidR="001B7386" w:rsidRPr="00551759">
        <w:t xml:space="preserve"> </w:t>
      </w:r>
      <w:proofErr w:type="spellStart"/>
      <w:r w:rsidR="001B7386" w:rsidRPr="00551759">
        <w:t>bab</w:t>
      </w:r>
      <w:proofErr w:type="spellEnd"/>
      <w:r w:rsidR="001B7386" w:rsidRPr="00551759">
        <w:t xml:space="preserve"> dan </w:t>
      </w:r>
      <w:proofErr w:type="spellStart"/>
      <w:r w:rsidR="001B7386" w:rsidRPr="00551759">
        <w:t>tegaskan</w:t>
      </w:r>
      <w:proofErr w:type="spellEnd"/>
      <w:r w:rsidR="001B7386" w:rsidRPr="00551759">
        <w:t xml:space="preserve"> </w:t>
      </w:r>
      <w:proofErr w:type="spellStart"/>
      <w:r w:rsidR="001B7386" w:rsidRPr="00551759">
        <w:t>kontribusinya</w:t>
      </w:r>
      <w:proofErr w:type="spellEnd"/>
      <w:r w:rsidR="001B7386" w:rsidRPr="00551759">
        <w:t xml:space="preserve"> </w:t>
      </w:r>
      <w:proofErr w:type="spellStart"/>
      <w:r w:rsidR="001B7386" w:rsidRPr="00551759">
        <w:t>terhadap</w:t>
      </w:r>
      <w:proofErr w:type="spellEnd"/>
      <w:r w:rsidR="001B7386" w:rsidRPr="00551759">
        <w:t xml:space="preserve"> </w:t>
      </w:r>
      <w:proofErr w:type="spellStart"/>
      <w:r w:rsidR="001B7386" w:rsidRPr="00551759">
        <w:t>tema</w:t>
      </w:r>
      <w:proofErr w:type="spellEnd"/>
      <w:r w:rsidR="001B7386" w:rsidRPr="00551759">
        <w:t xml:space="preserve"> </w:t>
      </w:r>
      <w:proofErr w:type="spellStart"/>
      <w:r w:rsidR="001B7386" w:rsidRPr="00551759">
        <w:t>utama</w:t>
      </w:r>
      <w:proofErr w:type="spellEnd"/>
      <w:r w:rsidR="001B7386" w:rsidRPr="00551759">
        <w:t xml:space="preserve"> </w:t>
      </w:r>
      <w:proofErr w:type="spellStart"/>
      <w:r w:rsidR="001B7386" w:rsidRPr="00551759">
        <w:t>buku</w:t>
      </w:r>
      <w:proofErr w:type="spellEnd"/>
      <w:r w:rsidR="001B7386" w:rsidRPr="00551759">
        <w:t xml:space="preserve">. </w:t>
      </w:r>
      <w:proofErr w:type="spellStart"/>
      <w:r w:rsidR="001B7386" w:rsidRPr="00551759">
        <w:t>Hindari</w:t>
      </w:r>
      <w:proofErr w:type="spellEnd"/>
      <w:r w:rsidR="001B7386" w:rsidRPr="00551759">
        <w:t xml:space="preserve"> </w:t>
      </w:r>
      <w:proofErr w:type="spellStart"/>
      <w:r w:rsidR="001B7386" w:rsidRPr="00551759">
        <w:t>menambahkan</w:t>
      </w:r>
      <w:proofErr w:type="spellEnd"/>
      <w:r w:rsidR="001B7386" w:rsidRPr="00551759">
        <w:t xml:space="preserve"> </w:t>
      </w:r>
      <w:proofErr w:type="spellStart"/>
      <w:r w:rsidR="001B7386" w:rsidRPr="00551759">
        <w:lastRenderedPageBreak/>
        <w:t>sumber</w:t>
      </w:r>
      <w:proofErr w:type="spellEnd"/>
      <w:r w:rsidR="001B7386" w:rsidRPr="00551759">
        <w:t xml:space="preserve"> </w:t>
      </w:r>
      <w:proofErr w:type="spellStart"/>
      <w:r w:rsidR="001B7386" w:rsidRPr="00551759">
        <w:t>atau</w:t>
      </w:r>
      <w:proofErr w:type="spellEnd"/>
      <w:r w:rsidR="001B7386" w:rsidRPr="00551759">
        <w:t xml:space="preserve"> </w:t>
      </w:r>
      <w:proofErr w:type="spellStart"/>
      <w:r w:rsidR="001B7386" w:rsidRPr="00551759">
        <w:t>pembahasan</w:t>
      </w:r>
      <w:proofErr w:type="spellEnd"/>
      <w:r w:rsidR="001B7386" w:rsidRPr="00551759">
        <w:t xml:space="preserve"> </w:t>
      </w:r>
      <w:proofErr w:type="gramStart"/>
      <w:r w:rsidR="001B7386" w:rsidRPr="00551759">
        <w:t>bar[</w:t>
      </w:r>
      <w:proofErr w:type="spellStart"/>
      <w:proofErr w:type="gramEnd"/>
      <w:r w:rsidR="001B7386" w:rsidRPr="00551759">
        <w:t>Rangkum</w:t>
      </w:r>
      <w:proofErr w:type="spellEnd"/>
      <w:r w:rsidR="001B7386" w:rsidRPr="00551759">
        <w:t xml:space="preserve"> </w:t>
      </w:r>
      <w:proofErr w:type="spellStart"/>
      <w:r w:rsidR="001B7386" w:rsidRPr="00551759">
        <w:t>jawaban</w:t>
      </w:r>
      <w:proofErr w:type="spellEnd"/>
      <w:r w:rsidR="001B7386" w:rsidRPr="00551759">
        <w:t xml:space="preserve"> </w:t>
      </w:r>
      <w:proofErr w:type="spellStart"/>
      <w:r w:rsidR="001B7386" w:rsidRPr="00551759">
        <w:t>atas</w:t>
      </w:r>
      <w:proofErr w:type="spellEnd"/>
      <w:r w:rsidR="001B7386" w:rsidRPr="00551759">
        <w:t xml:space="preserve"> </w:t>
      </w:r>
      <w:proofErr w:type="spellStart"/>
      <w:r w:rsidR="001B7386" w:rsidRPr="00551759">
        <w:t>persoalan</w:t>
      </w:r>
      <w:proofErr w:type="spellEnd"/>
      <w:r w:rsidR="001B7386" w:rsidRPr="00551759">
        <w:t xml:space="preserve"> </w:t>
      </w:r>
      <w:proofErr w:type="spellStart"/>
      <w:r w:rsidR="001B7386" w:rsidRPr="00551759">
        <w:t>bab</w:t>
      </w:r>
      <w:proofErr w:type="spellEnd"/>
      <w:r w:rsidR="001B7386" w:rsidRPr="00551759">
        <w:t xml:space="preserve"> dan </w:t>
      </w:r>
      <w:proofErr w:type="spellStart"/>
      <w:r w:rsidR="001B7386" w:rsidRPr="00551759">
        <w:t>tegaskan</w:t>
      </w:r>
      <w:proofErr w:type="spellEnd"/>
      <w:r w:rsidR="001B7386" w:rsidRPr="00551759">
        <w:t xml:space="preserve"> </w:t>
      </w:r>
      <w:proofErr w:type="spellStart"/>
      <w:r w:rsidR="001B7386" w:rsidRPr="00551759">
        <w:t>kontribusinya</w:t>
      </w:r>
      <w:proofErr w:type="spellEnd"/>
      <w:r w:rsidR="001B7386" w:rsidRPr="00551759">
        <w:t xml:space="preserve"> </w:t>
      </w:r>
      <w:proofErr w:type="spellStart"/>
      <w:r w:rsidR="001B7386" w:rsidRPr="00551759">
        <w:t>terhadap</w:t>
      </w:r>
      <w:proofErr w:type="spellEnd"/>
      <w:r w:rsidR="001B7386" w:rsidRPr="00551759">
        <w:t xml:space="preserve"> </w:t>
      </w:r>
      <w:proofErr w:type="spellStart"/>
      <w:r w:rsidR="001B7386" w:rsidRPr="00551759">
        <w:t>tema</w:t>
      </w:r>
      <w:proofErr w:type="spellEnd"/>
      <w:r w:rsidR="001B7386" w:rsidRPr="00551759">
        <w:t xml:space="preserve"> </w:t>
      </w:r>
      <w:proofErr w:type="spellStart"/>
      <w:r w:rsidR="001B7386" w:rsidRPr="00551759">
        <w:t>utama</w:t>
      </w:r>
      <w:proofErr w:type="spellEnd"/>
      <w:r w:rsidR="001B7386" w:rsidRPr="00551759">
        <w:t xml:space="preserve"> </w:t>
      </w:r>
      <w:proofErr w:type="spellStart"/>
      <w:r w:rsidR="001B7386" w:rsidRPr="00551759">
        <w:t>buku</w:t>
      </w:r>
      <w:proofErr w:type="spellEnd"/>
      <w:r w:rsidR="001B7386" w:rsidRPr="00551759">
        <w:t xml:space="preserve">. </w:t>
      </w:r>
      <w:proofErr w:type="spellStart"/>
      <w:r w:rsidR="001B7386" w:rsidRPr="00551759">
        <w:t>Hindari</w:t>
      </w:r>
      <w:proofErr w:type="spellEnd"/>
      <w:r w:rsidR="001B7386" w:rsidRPr="00551759">
        <w:t xml:space="preserve"> </w:t>
      </w:r>
      <w:proofErr w:type="spellStart"/>
      <w:r w:rsidR="001B7386" w:rsidRPr="00551759">
        <w:t>menambahkan</w:t>
      </w:r>
      <w:proofErr w:type="spellEnd"/>
      <w:r w:rsidR="001B7386" w:rsidRPr="00551759">
        <w:t xml:space="preserve"> </w:t>
      </w:r>
      <w:proofErr w:type="spellStart"/>
      <w:r w:rsidR="001B7386" w:rsidRPr="00551759">
        <w:t>sumber</w:t>
      </w:r>
      <w:proofErr w:type="spellEnd"/>
      <w:r w:rsidR="001B7386" w:rsidRPr="00551759">
        <w:t xml:space="preserve"> </w:t>
      </w:r>
      <w:proofErr w:type="spellStart"/>
      <w:r w:rsidR="001B7386" w:rsidRPr="00551759">
        <w:t>atau</w:t>
      </w:r>
      <w:proofErr w:type="spellEnd"/>
      <w:r w:rsidR="001B7386" w:rsidRPr="00551759">
        <w:t xml:space="preserve"> </w:t>
      </w:r>
      <w:proofErr w:type="spellStart"/>
      <w:r w:rsidR="001B7386" w:rsidRPr="00551759">
        <w:t>pembahasan</w:t>
      </w:r>
      <w:proofErr w:type="spellEnd"/>
      <w:r w:rsidR="001B7386" w:rsidRPr="00551759">
        <w:t xml:space="preserve"> </w:t>
      </w:r>
      <w:proofErr w:type="gramStart"/>
      <w:r w:rsidR="001B7386" w:rsidRPr="00551759">
        <w:t>bar[</w:t>
      </w:r>
      <w:proofErr w:type="spellStart"/>
      <w:proofErr w:type="gramEnd"/>
      <w:r w:rsidR="001B7386" w:rsidRPr="00551759">
        <w:t>Rangkum</w:t>
      </w:r>
      <w:proofErr w:type="spellEnd"/>
      <w:r w:rsidR="001B7386" w:rsidRPr="00551759">
        <w:t xml:space="preserve"> </w:t>
      </w:r>
      <w:proofErr w:type="spellStart"/>
      <w:r w:rsidR="001B7386" w:rsidRPr="00551759">
        <w:t>jawaban</w:t>
      </w:r>
      <w:proofErr w:type="spellEnd"/>
      <w:r w:rsidR="001B7386" w:rsidRPr="00551759">
        <w:t xml:space="preserve"> </w:t>
      </w:r>
      <w:proofErr w:type="spellStart"/>
      <w:r w:rsidR="001B7386" w:rsidRPr="00551759">
        <w:t>atas</w:t>
      </w:r>
      <w:proofErr w:type="spellEnd"/>
      <w:r w:rsidR="001B7386" w:rsidRPr="00551759">
        <w:t xml:space="preserve"> </w:t>
      </w:r>
      <w:proofErr w:type="spellStart"/>
      <w:r w:rsidR="001B7386" w:rsidRPr="00551759">
        <w:t>persoalan</w:t>
      </w:r>
      <w:proofErr w:type="spellEnd"/>
      <w:r w:rsidR="001B7386" w:rsidRPr="00551759">
        <w:t xml:space="preserve"> </w:t>
      </w:r>
      <w:proofErr w:type="spellStart"/>
      <w:r w:rsidR="001B7386" w:rsidRPr="00551759">
        <w:t>bab</w:t>
      </w:r>
      <w:proofErr w:type="spellEnd"/>
      <w:r w:rsidR="001B7386" w:rsidRPr="00551759">
        <w:t xml:space="preserve"> dan </w:t>
      </w:r>
      <w:proofErr w:type="spellStart"/>
      <w:r w:rsidR="001B7386" w:rsidRPr="00551759">
        <w:t>tegaskan</w:t>
      </w:r>
      <w:proofErr w:type="spellEnd"/>
      <w:r w:rsidR="001B7386" w:rsidRPr="00551759">
        <w:t xml:space="preserve"> </w:t>
      </w:r>
      <w:proofErr w:type="spellStart"/>
      <w:r w:rsidR="001B7386" w:rsidRPr="00551759">
        <w:t>kontribusinya</w:t>
      </w:r>
      <w:proofErr w:type="spellEnd"/>
      <w:r w:rsidR="001B7386" w:rsidRPr="00551759">
        <w:t xml:space="preserve"> </w:t>
      </w:r>
      <w:proofErr w:type="spellStart"/>
      <w:r w:rsidR="001B7386" w:rsidRPr="00551759">
        <w:t>terhadap</w:t>
      </w:r>
      <w:proofErr w:type="spellEnd"/>
      <w:r w:rsidR="001B7386" w:rsidRPr="00551759">
        <w:t xml:space="preserve"> </w:t>
      </w:r>
      <w:proofErr w:type="spellStart"/>
      <w:r w:rsidR="001B7386" w:rsidRPr="00551759">
        <w:t>tema</w:t>
      </w:r>
      <w:proofErr w:type="spellEnd"/>
      <w:r w:rsidR="001B7386" w:rsidRPr="00551759">
        <w:t xml:space="preserve"> </w:t>
      </w:r>
      <w:proofErr w:type="spellStart"/>
      <w:r w:rsidR="001B7386" w:rsidRPr="00551759">
        <w:t>utama</w:t>
      </w:r>
      <w:proofErr w:type="spellEnd"/>
      <w:r w:rsidR="001B7386" w:rsidRPr="00551759">
        <w:t xml:space="preserve"> </w:t>
      </w:r>
      <w:proofErr w:type="spellStart"/>
      <w:r w:rsidR="001B7386" w:rsidRPr="00551759">
        <w:t>buku</w:t>
      </w:r>
      <w:proofErr w:type="spellEnd"/>
      <w:r w:rsidR="001B7386" w:rsidRPr="00551759">
        <w:t xml:space="preserve">. </w:t>
      </w:r>
      <w:proofErr w:type="spellStart"/>
      <w:r w:rsidR="001B7386" w:rsidRPr="00551759">
        <w:t>Hindari</w:t>
      </w:r>
      <w:proofErr w:type="spellEnd"/>
      <w:r w:rsidR="001B7386" w:rsidRPr="00551759">
        <w:t xml:space="preserve"> </w:t>
      </w:r>
      <w:proofErr w:type="spellStart"/>
      <w:r w:rsidR="001B7386" w:rsidRPr="00551759">
        <w:t>menambahkan</w:t>
      </w:r>
      <w:proofErr w:type="spellEnd"/>
      <w:r w:rsidR="001B7386" w:rsidRPr="00551759">
        <w:t xml:space="preserve"> </w:t>
      </w:r>
      <w:proofErr w:type="spellStart"/>
      <w:r w:rsidR="001B7386" w:rsidRPr="00551759">
        <w:t>sumber</w:t>
      </w:r>
      <w:proofErr w:type="spellEnd"/>
      <w:r w:rsidR="001B7386" w:rsidRPr="00551759">
        <w:t xml:space="preserve"> </w:t>
      </w:r>
      <w:proofErr w:type="spellStart"/>
      <w:r w:rsidR="001B7386" w:rsidRPr="00551759">
        <w:t>atau</w:t>
      </w:r>
      <w:proofErr w:type="spellEnd"/>
      <w:r w:rsidR="001B7386" w:rsidRPr="00551759">
        <w:t xml:space="preserve"> </w:t>
      </w:r>
      <w:proofErr w:type="spellStart"/>
      <w:r w:rsidR="001B7386" w:rsidRPr="00551759">
        <w:t>pembahasan</w:t>
      </w:r>
      <w:proofErr w:type="spellEnd"/>
      <w:r w:rsidR="001B7386" w:rsidRPr="00551759">
        <w:t xml:space="preserve"> bar</w:t>
      </w:r>
    </w:p>
    <w:p w14:paraId="7D5CC9A0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2ED1395F" w14:textId="77777777" w:rsidR="006C66EA" w:rsidRPr="00551759" w:rsidRDefault="00000000" w:rsidP="006A2F52">
      <w:pPr>
        <w:pStyle w:val="Heading1"/>
      </w:pPr>
      <w:bookmarkStart w:id="43" w:name="_Toc239536634"/>
      <w:r w:rsidRPr="00551759">
        <w:lastRenderedPageBreak/>
        <w:t>BAB VII — JUDUL BAB 7</w:t>
      </w:r>
      <w:bookmarkEnd w:id="43"/>
    </w:p>
    <w:p w14:paraId="2B92C37C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38623AF2" w14:textId="77777777" w:rsidR="006C66EA" w:rsidRPr="00551759" w:rsidRDefault="00000000">
      <w:pPr>
        <w:pStyle w:val="Heading2"/>
        <w:rPr>
          <w:rFonts w:ascii="Garamond" w:hAnsi="Garamond"/>
        </w:rPr>
      </w:pPr>
      <w:bookmarkStart w:id="44" w:name="_Toc239536635"/>
      <w:r w:rsidRPr="00551759">
        <w:rPr>
          <w:rFonts w:ascii="Garamond" w:hAnsi="Garamond"/>
        </w:rPr>
        <w:t>7.1 Pendahuluan</w:t>
      </w:r>
      <w:bookmarkEnd w:id="44"/>
    </w:p>
    <w:p w14:paraId="2B7C3A05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57CA9F11" w14:textId="77777777" w:rsidR="006C66EA" w:rsidRPr="00551759" w:rsidRDefault="00000000">
      <w:pPr>
        <w:pStyle w:val="Heading2"/>
        <w:rPr>
          <w:rFonts w:ascii="Garamond" w:hAnsi="Garamond"/>
        </w:rPr>
      </w:pPr>
      <w:bookmarkStart w:id="45" w:name="_Toc239536636"/>
      <w:r w:rsidRPr="00551759">
        <w:rPr>
          <w:rFonts w:ascii="Garamond" w:hAnsi="Garamond"/>
        </w:rPr>
        <w:t>7.2 Landasan Konseptual dan Teoretis</w:t>
      </w:r>
      <w:bookmarkEnd w:id="45"/>
    </w:p>
    <w:p w14:paraId="1345336F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60D2DE26" w14:textId="77777777" w:rsidR="006C66EA" w:rsidRPr="00551759" w:rsidRDefault="00000000">
      <w:pPr>
        <w:pStyle w:val="Heading3"/>
        <w:rPr>
          <w:rFonts w:ascii="Garamond" w:hAnsi="Garamond"/>
        </w:rPr>
      </w:pPr>
      <w:bookmarkStart w:id="46" w:name="_Toc239536637"/>
      <w:r w:rsidRPr="00551759">
        <w:rPr>
          <w:rFonts w:ascii="Garamond" w:hAnsi="Garamond"/>
        </w:rPr>
        <w:t>7.2.1 Subbagian Kajian</w:t>
      </w:r>
      <w:bookmarkEnd w:id="46"/>
    </w:p>
    <w:p w14:paraId="14A133D2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074DB4DE" w14:textId="77777777" w:rsidR="006C66EA" w:rsidRPr="00551759" w:rsidRDefault="00000000">
      <w:pPr>
        <w:pStyle w:val="Heading2"/>
        <w:rPr>
          <w:rFonts w:ascii="Garamond" w:hAnsi="Garamond"/>
        </w:rPr>
      </w:pPr>
      <w:bookmarkStart w:id="47" w:name="_Toc239536638"/>
      <w:r w:rsidRPr="00551759">
        <w:rPr>
          <w:rFonts w:ascii="Garamond" w:hAnsi="Garamond"/>
        </w:rPr>
        <w:t>7.3 Pembahasan dan Implikasi</w:t>
      </w:r>
      <w:bookmarkEnd w:id="47"/>
    </w:p>
    <w:p w14:paraId="4B205741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32C031B4" w14:textId="77777777" w:rsidR="006C66EA" w:rsidRPr="00551759" w:rsidRDefault="00000000">
      <w:pPr>
        <w:pStyle w:val="Heading2"/>
        <w:rPr>
          <w:rFonts w:ascii="Garamond" w:hAnsi="Garamond"/>
        </w:rPr>
      </w:pPr>
      <w:bookmarkStart w:id="48" w:name="_Toc239536639"/>
      <w:r w:rsidRPr="00551759">
        <w:rPr>
          <w:rFonts w:ascii="Garamond" w:hAnsi="Garamond"/>
        </w:rPr>
        <w:t>7.4 Simpulan Bab</w:t>
      </w:r>
      <w:bookmarkEnd w:id="48"/>
    </w:p>
    <w:p w14:paraId="123F9F1C" w14:textId="31771D32" w:rsidR="006C66EA" w:rsidRPr="00551759" w:rsidRDefault="00000000">
      <w:r w:rsidRPr="00551759">
        <w:t xml:space="preserve">[Rangkum jawaban atas persoalan bab dan tegaskan kontribusinya terhadap tema utama buku. Hindari menambahkan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</w:t>
      </w:r>
      <w:r w:rsidR="00714508" w:rsidRPr="00551759">
        <w:t>[</w:t>
      </w:r>
      <w:proofErr w:type="spellStart"/>
      <w:proofErr w:type="gramEnd"/>
      <w:r w:rsidR="00714508" w:rsidRPr="00551759">
        <w:t>Rangkum</w:t>
      </w:r>
      <w:proofErr w:type="spellEnd"/>
      <w:r w:rsidR="00714508" w:rsidRPr="00551759">
        <w:t xml:space="preserve"> </w:t>
      </w:r>
      <w:proofErr w:type="spellStart"/>
      <w:r w:rsidR="00714508" w:rsidRPr="00551759">
        <w:t>jawaban</w:t>
      </w:r>
      <w:proofErr w:type="spellEnd"/>
      <w:r w:rsidR="00714508" w:rsidRPr="00551759">
        <w:t xml:space="preserve"> </w:t>
      </w:r>
      <w:proofErr w:type="spellStart"/>
      <w:r w:rsidR="00714508" w:rsidRPr="00551759">
        <w:t>atas</w:t>
      </w:r>
      <w:proofErr w:type="spellEnd"/>
      <w:r w:rsidR="00714508" w:rsidRPr="00551759">
        <w:t xml:space="preserve"> </w:t>
      </w:r>
      <w:proofErr w:type="spellStart"/>
      <w:r w:rsidR="00714508" w:rsidRPr="00551759">
        <w:t>persoalan</w:t>
      </w:r>
      <w:proofErr w:type="spellEnd"/>
      <w:r w:rsidR="00714508" w:rsidRPr="00551759">
        <w:t xml:space="preserve"> </w:t>
      </w:r>
      <w:proofErr w:type="spellStart"/>
      <w:r w:rsidR="00714508" w:rsidRPr="00551759">
        <w:t>bab</w:t>
      </w:r>
      <w:proofErr w:type="spellEnd"/>
      <w:r w:rsidR="00714508" w:rsidRPr="00551759">
        <w:t xml:space="preserve"> dan </w:t>
      </w:r>
      <w:proofErr w:type="spellStart"/>
      <w:r w:rsidR="00714508" w:rsidRPr="00551759">
        <w:t>tegaskan</w:t>
      </w:r>
      <w:proofErr w:type="spellEnd"/>
      <w:r w:rsidR="00714508" w:rsidRPr="00551759">
        <w:t xml:space="preserve"> </w:t>
      </w:r>
      <w:proofErr w:type="spellStart"/>
      <w:r w:rsidR="00714508" w:rsidRPr="00551759">
        <w:t>kontribusinya</w:t>
      </w:r>
      <w:proofErr w:type="spellEnd"/>
      <w:r w:rsidR="00714508" w:rsidRPr="00551759">
        <w:t xml:space="preserve"> </w:t>
      </w:r>
      <w:proofErr w:type="spellStart"/>
      <w:r w:rsidR="00714508" w:rsidRPr="00551759">
        <w:t>terhadap</w:t>
      </w:r>
      <w:proofErr w:type="spellEnd"/>
      <w:r w:rsidR="00714508" w:rsidRPr="00551759">
        <w:t xml:space="preserve"> </w:t>
      </w:r>
      <w:proofErr w:type="spellStart"/>
      <w:r w:rsidR="00714508" w:rsidRPr="00551759">
        <w:t>tema</w:t>
      </w:r>
      <w:proofErr w:type="spellEnd"/>
      <w:r w:rsidR="00714508" w:rsidRPr="00551759">
        <w:t xml:space="preserve"> </w:t>
      </w:r>
      <w:proofErr w:type="spellStart"/>
      <w:r w:rsidR="00714508" w:rsidRPr="00551759">
        <w:t>utama</w:t>
      </w:r>
      <w:proofErr w:type="spellEnd"/>
      <w:r w:rsidR="00714508" w:rsidRPr="00551759">
        <w:t xml:space="preserve"> </w:t>
      </w:r>
      <w:proofErr w:type="spellStart"/>
      <w:r w:rsidR="00714508" w:rsidRPr="00551759">
        <w:t>buku</w:t>
      </w:r>
      <w:proofErr w:type="spellEnd"/>
      <w:r w:rsidR="00714508" w:rsidRPr="00551759">
        <w:t xml:space="preserve">. </w:t>
      </w:r>
      <w:proofErr w:type="spellStart"/>
      <w:r w:rsidR="00714508" w:rsidRPr="00551759">
        <w:t>Hindari</w:t>
      </w:r>
      <w:proofErr w:type="spellEnd"/>
      <w:r w:rsidR="00714508" w:rsidRPr="00551759">
        <w:t xml:space="preserve"> </w:t>
      </w:r>
      <w:proofErr w:type="spellStart"/>
      <w:r w:rsidR="00714508" w:rsidRPr="00551759">
        <w:t>menambahkan</w:t>
      </w:r>
      <w:proofErr w:type="spellEnd"/>
      <w:r w:rsidR="00714508" w:rsidRPr="00551759">
        <w:t xml:space="preserve"> </w:t>
      </w:r>
      <w:proofErr w:type="spellStart"/>
      <w:r w:rsidR="00714508" w:rsidRPr="00551759">
        <w:lastRenderedPageBreak/>
        <w:t>sumber</w:t>
      </w:r>
      <w:proofErr w:type="spellEnd"/>
      <w:r w:rsidR="00714508" w:rsidRPr="00551759">
        <w:t xml:space="preserve"> </w:t>
      </w:r>
      <w:proofErr w:type="spellStart"/>
      <w:r w:rsidR="00714508" w:rsidRPr="00551759">
        <w:t>atau</w:t>
      </w:r>
      <w:proofErr w:type="spellEnd"/>
      <w:r w:rsidR="00714508" w:rsidRPr="00551759">
        <w:t xml:space="preserve"> </w:t>
      </w:r>
      <w:proofErr w:type="spellStart"/>
      <w:r w:rsidR="00714508" w:rsidRPr="00551759">
        <w:t>pembahasan</w:t>
      </w:r>
      <w:proofErr w:type="spellEnd"/>
      <w:r w:rsidR="00714508" w:rsidRPr="00551759">
        <w:t xml:space="preserve"> </w:t>
      </w:r>
      <w:proofErr w:type="gramStart"/>
      <w:r w:rsidR="00714508" w:rsidRPr="00551759">
        <w:t>bar[</w:t>
      </w:r>
      <w:proofErr w:type="spellStart"/>
      <w:proofErr w:type="gramEnd"/>
      <w:r w:rsidR="00714508" w:rsidRPr="00551759">
        <w:t>Rangkum</w:t>
      </w:r>
      <w:proofErr w:type="spellEnd"/>
      <w:r w:rsidR="00714508" w:rsidRPr="00551759">
        <w:t xml:space="preserve"> </w:t>
      </w:r>
      <w:proofErr w:type="spellStart"/>
      <w:r w:rsidR="00714508" w:rsidRPr="00551759">
        <w:t>jawaban</w:t>
      </w:r>
      <w:proofErr w:type="spellEnd"/>
      <w:r w:rsidR="00714508" w:rsidRPr="00551759">
        <w:t xml:space="preserve"> </w:t>
      </w:r>
      <w:proofErr w:type="spellStart"/>
      <w:r w:rsidR="00714508" w:rsidRPr="00551759">
        <w:t>atas</w:t>
      </w:r>
      <w:proofErr w:type="spellEnd"/>
      <w:r w:rsidR="00714508" w:rsidRPr="00551759">
        <w:t xml:space="preserve"> </w:t>
      </w:r>
      <w:proofErr w:type="spellStart"/>
      <w:r w:rsidR="00714508" w:rsidRPr="00551759">
        <w:t>persoalan</w:t>
      </w:r>
      <w:proofErr w:type="spellEnd"/>
      <w:r w:rsidR="00714508" w:rsidRPr="00551759">
        <w:t xml:space="preserve"> </w:t>
      </w:r>
      <w:proofErr w:type="spellStart"/>
      <w:r w:rsidR="00714508" w:rsidRPr="00551759">
        <w:t>bab</w:t>
      </w:r>
      <w:proofErr w:type="spellEnd"/>
      <w:r w:rsidR="00714508" w:rsidRPr="00551759">
        <w:t xml:space="preserve"> dan </w:t>
      </w:r>
      <w:proofErr w:type="spellStart"/>
      <w:r w:rsidR="00714508" w:rsidRPr="00551759">
        <w:t>tegaskan</w:t>
      </w:r>
      <w:proofErr w:type="spellEnd"/>
      <w:r w:rsidR="00714508" w:rsidRPr="00551759">
        <w:t xml:space="preserve"> </w:t>
      </w:r>
      <w:proofErr w:type="spellStart"/>
      <w:r w:rsidR="00714508" w:rsidRPr="00551759">
        <w:t>kontribusinya</w:t>
      </w:r>
      <w:proofErr w:type="spellEnd"/>
      <w:r w:rsidR="00714508" w:rsidRPr="00551759">
        <w:t xml:space="preserve"> </w:t>
      </w:r>
      <w:proofErr w:type="spellStart"/>
      <w:r w:rsidR="00714508" w:rsidRPr="00551759">
        <w:t>terhadap</w:t>
      </w:r>
      <w:proofErr w:type="spellEnd"/>
      <w:r w:rsidR="00714508" w:rsidRPr="00551759">
        <w:t xml:space="preserve"> </w:t>
      </w:r>
      <w:proofErr w:type="spellStart"/>
      <w:r w:rsidR="00714508" w:rsidRPr="00551759">
        <w:t>tema</w:t>
      </w:r>
      <w:proofErr w:type="spellEnd"/>
      <w:r w:rsidR="00714508" w:rsidRPr="00551759">
        <w:t xml:space="preserve"> </w:t>
      </w:r>
      <w:proofErr w:type="spellStart"/>
      <w:r w:rsidR="00714508" w:rsidRPr="00551759">
        <w:t>utama</w:t>
      </w:r>
      <w:proofErr w:type="spellEnd"/>
      <w:r w:rsidR="00714508" w:rsidRPr="00551759">
        <w:t xml:space="preserve"> </w:t>
      </w:r>
      <w:proofErr w:type="spellStart"/>
      <w:r w:rsidR="00714508" w:rsidRPr="00551759">
        <w:t>buku</w:t>
      </w:r>
      <w:proofErr w:type="spellEnd"/>
      <w:r w:rsidR="00714508" w:rsidRPr="00551759">
        <w:t xml:space="preserve">. </w:t>
      </w:r>
      <w:proofErr w:type="spellStart"/>
      <w:r w:rsidR="00714508" w:rsidRPr="00551759">
        <w:t>Hindari</w:t>
      </w:r>
      <w:proofErr w:type="spellEnd"/>
      <w:r w:rsidR="00714508" w:rsidRPr="00551759">
        <w:t xml:space="preserve"> </w:t>
      </w:r>
      <w:proofErr w:type="spellStart"/>
      <w:r w:rsidR="00714508" w:rsidRPr="00551759">
        <w:t>menambahkan</w:t>
      </w:r>
      <w:proofErr w:type="spellEnd"/>
      <w:r w:rsidR="00714508" w:rsidRPr="00551759">
        <w:t xml:space="preserve"> </w:t>
      </w:r>
      <w:proofErr w:type="spellStart"/>
      <w:r w:rsidR="00714508" w:rsidRPr="00551759">
        <w:t>sumber</w:t>
      </w:r>
      <w:proofErr w:type="spellEnd"/>
      <w:r w:rsidR="00714508" w:rsidRPr="00551759">
        <w:t xml:space="preserve"> </w:t>
      </w:r>
      <w:proofErr w:type="spellStart"/>
      <w:r w:rsidR="00714508" w:rsidRPr="00551759">
        <w:t>atau</w:t>
      </w:r>
      <w:proofErr w:type="spellEnd"/>
      <w:r w:rsidR="00714508" w:rsidRPr="00551759">
        <w:t xml:space="preserve"> </w:t>
      </w:r>
      <w:proofErr w:type="spellStart"/>
      <w:r w:rsidR="00714508" w:rsidRPr="00551759">
        <w:t>pembahasan</w:t>
      </w:r>
      <w:proofErr w:type="spellEnd"/>
      <w:r w:rsidR="00714508" w:rsidRPr="00551759">
        <w:t xml:space="preserve"> </w:t>
      </w:r>
      <w:proofErr w:type="gramStart"/>
      <w:r w:rsidR="00714508" w:rsidRPr="00551759">
        <w:t>bar[</w:t>
      </w:r>
      <w:proofErr w:type="spellStart"/>
      <w:proofErr w:type="gramEnd"/>
      <w:r w:rsidR="00714508" w:rsidRPr="00551759">
        <w:t>Rangkum</w:t>
      </w:r>
      <w:proofErr w:type="spellEnd"/>
      <w:r w:rsidR="00714508" w:rsidRPr="00551759">
        <w:t xml:space="preserve"> </w:t>
      </w:r>
      <w:proofErr w:type="spellStart"/>
      <w:r w:rsidR="00714508" w:rsidRPr="00551759">
        <w:t>jawaban</w:t>
      </w:r>
      <w:proofErr w:type="spellEnd"/>
      <w:r w:rsidR="00714508" w:rsidRPr="00551759">
        <w:t xml:space="preserve"> </w:t>
      </w:r>
      <w:proofErr w:type="spellStart"/>
      <w:r w:rsidR="00714508" w:rsidRPr="00551759">
        <w:t>atas</w:t>
      </w:r>
      <w:proofErr w:type="spellEnd"/>
      <w:r w:rsidR="00714508" w:rsidRPr="00551759">
        <w:t xml:space="preserve"> </w:t>
      </w:r>
      <w:proofErr w:type="spellStart"/>
      <w:r w:rsidR="00714508" w:rsidRPr="00551759">
        <w:t>persoalan</w:t>
      </w:r>
      <w:proofErr w:type="spellEnd"/>
      <w:r w:rsidR="00714508" w:rsidRPr="00551759">
        <w:t xml:space="preserve"> </w:t>
      </w:r>
      <w:proofErr w:type="spellStart"/>
      <w:r w:rsidR="00714508" w:rsidRPr="00551759">
        <w:t>bab</w:t>
      </w:r>
      <w:proofErr w:type="spellEnd"/>
      <w:r w:rsidR="00714508" w:rsidRPr="00551759">
        <w:t xml:space="preserve"> dan </w:t>
      </w:r>
      <w:proofErr w:type="spellStart"/>
      <w:r w:rsidR="00714508" w:rsidRPr="00551759">
        <w:t>tegaskan</w:t>
      </w:r>
      <w:proofErr w:type="spellEnd"/>
      <w:r w:rsidR="00714508" w:rsidRPr="00551759">
        <w:t xml:space="preserve"> </w:t>
      </w:r>
      <w:proofErr w:type="spellStart"/>
      <w:r w:rsidR="00714508" w:rsidRPr="00551759">
        <w:t>kontribusinya</w:t>
      </w:r>
      <w:proofErr w:type="spellEnd"/>
      <w:r w:rsidR="00714508" w:rsidRPr="00551759">
        <w:t xml:space="preserve"> </w:t>
      </w:r>
      <w:proofErr w:type="spellStart"/>
      <w:r w:rsidR="00714508" w:rsidRPr="00551759">
        <w:t>terhadap</w:t>
      </w:r>
      <w:proofErr w:type="spellEnd"/>
      <w:r w:rsidR="00714508" w:rsidRPr="00551759">
        <w:t xml:space="preserve"> </w:t>
      </w:r>
      <w:proofErr w:type="spellStart"/>
      <w:r w:rsidR="00714508" w:rsidRPr="00551759">
        <w:t>tema</w:t>
      </w:r>
      <w:proofErr w:type="spellEnd"/>
      <w:r w:rsidR="00714508" w:rsidRPr="00551759">
        <w:t xml:space="preserve"> </w:t>
      </w:r>
      <w:proofErr w:type="spellStart"/>
      <w:r w:rsidR="00714508" w:rsidRPr="00551759">
        <w:t>utama</w:t>
      </w:r>
      <w:proofErr w:type="spellEnd"/>
      <w:r w:rsidR="00714508" w:rsidRPr="00551759">
        <w:t xml:space="preserve"> </w:t>
      </w:r>
      <w:proofErr w:type="spellStart"/>
      <w:r w:rsidR="00714508" w:rsidRPr="00551759">
        <w:t>buku</w:t>
      </w:r>
      <w:proofErr w:type="spellEnd"/>
      <w:r w:rsidR="00714508" w:rsidRPr="00551759">
        <w:t xml:space="preserve">. </w:t>
      </w:r>
      <w:proofErr w:type="spellStart"/>
      <w:r w:rsidR="00714508" w:rsidRPr="00551759">
        <w:t>Hindari</w:t>
      </w:r>
      <w:proofErr w:type="spellEnd"/>
      <w:r w:rsidR="00714508" w:rsidRPr="00551759">
        <w:t xml:space="preserve"> </w:t>
      </w:r>
      <w:proofErr w:type="spellStart"/>
      <w:r w:rsidR="00714508" w:rsidRPr="00551759">
        <w:t>menambahkan</w:t>
      </w:r>
      <w:proofErr w:type="spellEnd"/>
      <w:r w:rsidR="00714508" w:rsidRPr="00551759">
        <w:t xml:space="preserve"> </w:t>
      </w:r>
      <w:proofErr w:type="spellStart"/>
      <w:r w:rsidR="00714508" w:rsidRPr="00551759">
        <w:t>sumber</w:t>
      </w:r>
      <w:proofErr w:type="spellEnd"/>
      <w:r w:rsidR="00714508" w:rsidRPr="00551759">
        <w:t xml:space="preserve"> </w:t>
      </w:r>
      <w:proofErr w:type="spellStart"/>
      <w:r w:rsidR="00714508" w:rsidRPr="00551759">
        <w:t>atau</w:t>
      </w:r>
      <w:proofErr w:type="spellEnd"/>
      <w:r w:rsidR="00714508" w:rsidRPr="00551759">
        <w:t xml:space="preserve"> </w:t>
      </w:r>
      <w:proofErr w:type="spellStart"/>
      <w:r w:rsidR="00714508" w:rsidRPr="00551759">
        <w:t>pembahasan</w:t>
      </w:r>
      <w:proofErr w:type="spellEnd"/>
      <w:r w:rsidR="00714508" w:rsidRPr="00551759">
        <w:t xml:space="preserve"> </w:t>
      </w:r>
      <w:proofErr w:type="spellStart"/>
      <w:r w:rsidR="00714508" w:rsidRPr="00551759">
        <w:t>bar</w:t>
      </w:r>
      <w:r w:rsidR="00714508">
        <w:t>u</w:t>
      </w:r>
      <w:proofErr w:type="spellEnd"/>
      <w:r w:rsidR="00714508">
        <w:t>.</w:t>
      </w:r>
    </w:p>
    <w:p w14:paraId="0BEA7EC1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5FF9B5D6" w14:textId="77777777" w:rsidR="006C66EA" w:rsidRPr="00551759" w:rsidRDefault="00000000" w:rsidP="006A2F52">
      <w:pPr>
        <w:pStyle w:val="Heading1"/>
      </w:pPr>
      <w:bookmarkStart w:id="49" w:name="_Toc239536640"/>
      <w:r w:rsidRPr="00551759">
        <w:lastRenderedPageBreak/>
        <w:t>BAB VIII — JUDUL BAB 8</w:t>
      </w:r>
      <w:bookmarkEnd w:id="49"/>
    </w:p>
    <w:p w14:paraId="09C1C1B7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69313D54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0" w:name="_Toc239536641"/>
      <w:r w:rsidRPr="00551759">
        <w:rPr>
          <w:rFonts w:ascii="Garamond" w:hAnsi="Garamond"/>
        </w:rPr>
        <w:t>8.1 Pendahuluan</w:t>
      </w:r>
      <w:bookmarkEnd w:id="50"/>
    </w:p>
    <w:p w14:paraId="210AB408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32A95BB1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1" w:name="_Toc239536642"/>
      <w:r w:rsidRPr="00551759">
        <w:rPr>
          <w:rFonts w:ascii="Garamond" w:hAnsi="Garamond"/>
        </w:rPr>
        <w:t>8.2 Landasan Konseptual dan Teoretis</w:t>
      </w:r>
      <w:bookmarkEnd w:id="51"/>
    </w:p>
    <w:p w14:paraId="262F6567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0351DA91" w14:textId="77777777" w:rsidR="006C66EA" w:rsidRPr="00551759" w:rsidRDefault="00000000">
      <w:pPr>
        <w:pStyle w:val="Heading3"/>
        <w:rPr>
          <w:rFonts w:ascii="Garamond" w:hAnsi="Garamond"/>
        </w:rPr>
      </w:pPr>
      <w:bookmarkStart w:id="52" w:name="_Toc239536643"/>
      <w:r w:rsidRPr="00551759">
        <w:rPr>
          <w:rFonts w:ascii="Garamond" w:hAnsi="Garamond"/>
        </w:rPr>
        <w:t>8.2.1 Subbagian Kajian</w:t>
      </w:r>
      <w:bookmarkEnd w:id="52"/>
    </w:p>
    <w:p w14:paraId="763A9E5A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41D9CCF2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3" w:name="_Toc239536644"/>
      <w:r w:rsidRPr="00551759">
        <w:rPr>
          <w:rFonts w:ascii="Garamond" w:hAnsi="Garamond"/>
        </w:rPr>
        <w:t>8.3 Pembahasan dan Implikasi</w:t>
      </w:r>
      <w:bookmarkEnd w:id="53"/>
    </w:p>
    <w:p w14:paraId="5B984032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7AE3A7A9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4" w:name="_Toc239536645"/>
      <w:r w:rsidRPr="00551759">
        <w:rPr>
          <w:rFonts w:ascii="Garamond" w:hAnsi="Garamond"/>
        </w:rPr>
        <w:t>8.4 Simpulan Bab</w:t>
      </w:r>
      <w:bookmarkEnd w:id="54"/>
    </w:p>
    <w:p w14:paraId="0AA3F502" w14:textId="49BEEA96" w:rsidR="006C66EA" w:rsidRPr="00551759" w:rsidRDefault="00000000">
      <w:r w:rsidRPr="00551759">
        <w:t xml:space="preserve">[Rangkum jawaban atas persoalan bab dan tegaskan kontribusinya terhadap tema utama buku. Hindari menambahkan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</w:t>
      </w:r>
      <w:r w:rsidR="00F267DF" w:rsidRPr="00551759">
        <w:t>[</w:t>
      </w:r>
      <w:proofErr w:type="spellStart"/>
      <w:proofErr w:type="gramEnd"/>
      <w:r w:rsidR="00F267DF" w:rsidRPr="00551759">
        <w:t>Rangkum</w:t>
      </w:r>
      <w:proofErr w:type="spellEnd"/>
      <w:r w:rsidR="00F267DF" w:rsidRPr="00551759">
        <w:t xml:space="preserve"> </w:t>
      </w:r>
      <w:proofErr w:type="spellStart"/>
      <w:r w:rsidR="00F267DF" w:rsidRPr="00551759">
        <w:t>jawaban</w:t>
      </w:r>
      <w:proofErr w:type="spellEnd"/>
      <w:r w:rsidR="00F267DF" w:rsidRPr="00551759">
        <w:t xml:space="preserve"> </w:t>
      </w:r>
      <w:proofErr w:type="spellStart"/>
      <w:r w:rsidR="00F267DF" w:rsidRPr="00551759">
        <w:t>atas</w:t>
      </w:r>
      <w:proofErr w:type="spellEnd"/>
      <w:r w:rsidR="00F267DF" w:rsidRPr="00551759">
        <w:t xml:space="preserve"> </w:t>
      </w:r>
      <w:proofErr w:type="spellStart"/>
      <w:r w:rsidR="00F267DF" w:rsidRPr="00551759">
        <w:t>persoalan</w:t>
      </w:r>
      <w:proofErr w:type="spellEnd"/>
      <w:r w:rsidR="00F267DF" w:rsidRPr="00551759">
        <w:t xml:space="preserve"> </w:t>
      </w:r>
      <w:proofErr w:type="spellStart"/>
      <w:r w:rsidR="00F267DF" w:rsidRPr="00551759">
        <w:t>bab</w:t>
      </w:r>
      <w:proofErr w:type="spellEnd"/>
      <w:r w:rsidR="00F267DF" w:rsidRPr="00551759">
        <w:t xml:space="preserve"> dan </w:t>
      </w:r>
      <w:proofErr w:type="spellStart"/>
      <w:r w:rsidR="00F267DF" w:rsidRPr="00551759">
        <w:t>tegaskan</w:t>
      </w:r>
      <w:proofErr w:type="spellEnd"/>
      <w:r w:rsidR="00F267DF" w:rsidRPr="00551759">
        <w:t xml:space="preserve"> </w:t>
      </w:r>
      <w:proofErr w:type="spellStart"/>
      <w:r w:rsidR="00F267DF" w:rsidRPr="00551759">
        <w:t>kontribusinya</w:t>
      </w:r>
      <w:proofErr w:type="spellEnd"/>
      <w:r w:rsidR="00F267DF" w:rsidRPr="00551759">
        <w:t xml:space="preserve"> </w:t>
      </w:r>
      <w:proofErr w:type="spellStart"/>
      <w:r w:rsidR="00F267DF" w:rsidRPr="00551759">
        <w:t>terhadap</w:t>
      </w:r>
      <w:proofErr w:type="spellEnd"/>
      <w:r w:rsidR="00F267DF" w:rsidRPr="00551759">
        <w:t xml:space="preserve"> </w:t>
      </w:r>
      <w:proofErr w:type="spellStart"/>
      <w:r w:rsidR="00F267DF" w:rsidRPr="00551759">
        <w:t>tema</w:t>
      </w:r>
      <w:proofErr w:type="spellEnd"/>
      <w:r w:rsidR="00F267DF" w:rsidRPr="00551759">
        <w:t xml:space="preserve"> </w:t>
      </w:r>
      <w:proofErr w:type="spellStart"/>
      <w:r w:rsidR="00F267DF" w:rsidRPr="00551759">
        <w:t>utama</w:t>
      </w:r>
      <w:proofErr w:type="spellEnd"/>
      <w:r w:rsidR="00F267DF" w:rsidRPr="00551759">
        <w:t xml:space="preserve"> </w:t>
      </w:r>
      <w:proofErr w:type="spellStart"/>
      <w:r w:rsidR="00F267DF" w:rsidRPr="00551759">
        <w:t>buku</w:t>
      </w:r>
      <w:proofErr w:type="spellEnd"/>
      <w:r w:rsidR="00F267DF" w:rsidRPr="00551759">
        <w:t xml:space="preserve">. </w:t>
      </w:r>
      <w:proofErr w:type="spellStart"/>
      <w:r w:rsidR="00F267DF" w:rsidRPr="00551759">
        <w:t>Hindari</w:t>
      </w:r>
      <w:proofErr w:type="spellEnd"/>
      <w:r w:rsidR="00F267DF" w:rsidRPr="00551759">
        <w:t xml:space="preserve"> </w:t>
      </w:r>
      <w:proofErr w:type="spellStart"/>
      <w:r w:rsidR="00F267DF" w:rsidRPr="00551759">
        <w:t>menambahkan</w:t>
      </w:r>
      <w:proofErr w:type="spellEnd"/>
      <w:r w:rsidR="00F267DF" w:rsidRPr="00551759">
        <w:t xml:space="preserve"> </w:t>
      </w:r>
      <w:proofErr w:type="spellStart"/>
      <w:r w:rsidR="00F267DF" w:rsidRPr="00551759">
        <w:lastRenderedPageBreak/>
        <w:t>sumber</w:t>
      </w:r>
      <w:proofErr w:type="spellEnd"/>
      <w:r w:rsidR="00F267DF" w:rsidRPr="00551759">
        <w:t xml:space="preserve"> </w:t>
      </w:r>
      <w:proofErr w:type="spellStart"/>
      <w:r w:rsidR="00F267DF" w:rsidRPr="00551759">
        <w:t>atau</w:t>
      </w:r>
      <w:proofErr w:type="spellEnd"/>
      <w:r w:rsidR="00F267DF" w:rsidRPr="00551759">
        <w:t xml:space="preserve"> </w:t>
      </w:r>
      <w:proofErr w:type="spellStart"/>
      <w:r w:rsidR="00F267DF" w:rsidRPr="00551759">
        <w:t>pembahasan</w:t>
      </w:r>
      <w:proofErr w:type="spellEnd"/>
      <w:r w:rsidR="00F267DF" w:rsidRPr="00551759">
        <w:t xml:space="preserve"> </w:t>
      </w:r>
      <w:proofErr w:type="gramStart"/>
      <w:r w:rsidR="00F267DF" w:rsidRPr="00551759">
        <w:t>bar[</w:t>
      </w:r>
      <w:proofErr w:type="spellStart"/>
      <w:proofErr w:type="gramEnd"/>
      <w:r w:rsidR="00F267DF" w:rsidRPr="00551759">
        <w:t>Rangkum</w:t>
      </w:r>
      <w:proofErr w:type="spellEnd"/>
      <w:r w:rsidR="00F267DF" w:rsidRPr="00551759">
        <w:t xml:space="preserve"> </w:t>
      </w:r>
      <w:proofErr w:type="spellStart"/>
      <w:r w:rsidR="00F267DF" w:rsidRPr="00551759">
        <w:t>jawaban</w:t>
      </w:r>
      <w:proofErr w:type="spellEnd"/>
      <w:r w:rsidR="00F267DF" w:rsidRPr="00551759">
        <w:t xml:space="preserve"> </w:t>
      </w:r>
      <w:proofErr w:type="spellStart"/>
      <w:r w:rsidR="00F267DF" w:rsidRPr="00551759">
        <w:t>atas</w:t>
      </w:r>
      <w:proofErr w:type="spellEnd"/>
      <w:r w:rsidR="00F267DF" w:rsidRPr="00551759">
        <w:t xml:space="preserve"> </w:t>
      </w:r>
      <w:proofErr w:type="spellStart"/>
      <w:r w:rsidR="00F267DF" w:rsidRPr="00551759">
        <w:t>persoalan</w:t>
      </w:r>
      <w:proofErr w:type="spellEnd"/>
      <w:r w:rsidR="00F267DF" w:rsidRPr="00551759">
        <w:t xml:space="preserve"> </w:t>
      </w:r>
      <w:proofErr w:type="spellStart"/>
      <w:r w:rsidR="00F267DF" w:rsidRPr="00551759">
        <w:t>bab</w:t>
      </w:r>
      <w:proofErr w:type="spellEnd"/>
      <w:r w:rsidR="00F267DF" w:rsidRPr="00551759">
        <w:t xml:space="preserve"> dan </w:t>
      </w:r>
      <w:proofErr w:type="spellStart"/>
      <w:r w:rsidR="00F267DF" w:rsidRPr="00551759">
        <w:t>tegaskan</w:t>
      </w:r>
      <w:proofErr w:type="spellEnd"/>
      <w:r w:rsidR="00F267DF" w:rsidRPr="00551759">
        <w:t xml:space="preserve"> </w:t>
      </w:r>
      <w:proofErr w:type="spellStart"/>
      <w:r w:rsidR="00F267DF" w:rsidRPr="00551759">
        <w:t>kontribusinya</w:t>
      </w:r>
      <w:proofErr w:type="spellEnd"/>
      <w:r w:rsidR="00F267DF" w:rsidRPr="00551759">
        <w:t xml:space="preserve"> </w:t>
      </w:r>
      <w:proofErr w:type="spellStart"/>
      <w:r w:rsidR="00F267DF" w:rsidRPr="00551759">
        <w:t>terhadap</w:t>
      </w:r>
      <w:proofErr w:type="spellEnd"/>
      <w:r w:rsidR="00F267DF" w:rsidRPr="00551759">
        <w:t xml:space="preserve"> </w:t>
      </w:r>
      <w:proofErr w:type="spellStart"/>
      <w:r w:rsidR="00F267DF" w:rsidRPr="00551759">
        <w:t>tema</w:t>
      </w:r>
      <w:proofErr w:type="spellEnd"/>
      <w:r w:rsidR="00F267DF" w:rsidRPr="00551759">
        <w:t xml:space="preserve"> </w:t>
      </w:r>
      <w:proofErr w:type="spellStart"/>
      <w:r w:rsidR="00F267DF" w:rsidRPr="00551759">
        <w:t>utama</w:t>
      </w:r>
      <w:proofErr w:type="spellEnd"/>
      <w:r w:rsidR="00F267DF" w:rsidRPr="00551759">
        <w:t xml:space="preserve"> </w:t>
      </w:r>
      <w:proofErr w:type="spellStart"/>
      <w:r w:rsidR="00F267DF" w:rsidRPr="00551759">
        <w:t>buku</w:t>
      </w:r>
      <w:proofErr w:type="spellEnd"/>
      <w:r w:rsidR="00F267DF" w:rsidRPr="00551759">
        <w:t xml:space="preserve">. </w:t>
      </w:r>
      <w:proofErr w:type="spellStart"/>
      <w:r w:rsidR="00F267DF" w:rsidRPr="00551759">
        <w:t>Hindari</w:t>
      </w:r>
      <w:proofErr w:type="spellEnd"/>
      <w:r w:rsidR="00F267DF" w:rsidRPr="00551759">
        <w:t xml:space="preserve"> </w:t>
      </w:r>
      <w:proofErr w:type="spellStart"/>
      <w:r w:rsidR="00F267DF" w:rsidRPr="00551759">
        <w:t>menambahkan</w:t>
      </w:r>
      <w:proofErr w:type="spellEnd"/>
      <w:r w:rsidR="00F267DF" w:rsidRPr="00551759">
        <w:t xml:space="preserve"> </w:t>
      </w:r>
      <w:proofErr w:type="spellStart"/>
      <w:r w:rsidR="00F267DF" w:rsidRPr="00551759">
        <w:t>sumber</w:t>
      </w:r>
      <w:proofErr w:type="spellEnd"/>
      <w:r w:rsidR="00F267DF" w:rsidRPr="00551759">
        <w:t xml:space="preserve"> </w:t>
      </w:r>
      <w:proofErr w:type="spellStart"/>
      <w:r w:rsidR="00F267DF" w:rsidRPr="00551759">
        <w:t>atau</w:t>
      </w:r>
      <w:proofErr w:type="spellEnd"/>
      <w:r w:rsidR="00F267DF" w:rsidRPr="00551759">
        <w:t xml:space="preserve"> </w:t>
      </w:r>
      <w:proofErr w:type="spellStart"/>
      <w:r w:rsidR="00F267DF" w:rsidRPr="00551759">
        <w:t>pembahasan</w:t>
      </w:r>
      <w:proofErr w:type="spellEnd"/>
      <w:r w:rsidR="00F267DF" w:rsidRPr="00551759">
        <w:t xml:space="preserve"> </w:t>
      </w:r>
      <w:proofErr w:type="gramStart"/>
      <w:r w:rsidR="00F267DF" w:rsidRPr="00551759">
        <w:t>bar[</w:t>
      </w:r>
      <w:proofErr w:type="spellStart"/>
      <w:proofErr w:type="gramEnd"/>
      <w:r w:rsidR="00F267DF" w:rsidRPr="00551759">
        <w:t>Rangkum</w:t>
      </w:r>
      <w:proofErr w:type="spellEnd"/>
      <w:r w:rsidR="00F267DF" w:rsidRPr="00551759">
        <w:t xml:space="preserve"> </w:t>
      </w:r>
      <w:proofErr w:type="spellStart"/>
      <w:r w:rsidR="00F267DF" w:rsidRPr="00551759">
        <w:t>jawaban</w:t>
      </w:r>
      <w:proofErr w:type="spellEnd"/>
      <w:r w:rsidR="00F267DF" w:rsidRPr="00551759">
        <w:t xml:space="preserve"> </w:t>
      </w:r>
      <w:proofErr w:type="spellStart"/>
      <w:r w:rsidR="00F267DF" w:rsidRPr="00551759">
        <w:t>atas</w:t>
      </w:r>
      <w:proofErr w:type="spellEnd"/>
      <w:r w:rsidR="00F267DF" w:rsidRPr="00551759">
        <w:t xml:space="preserve"> </w:t>
      </w:r>
      <w:proofErr w:type="spellStart"/>
      <w:r w:rsidR="00F267DF" w:rsidRPr="00551759">
        <w:t>persoalan</w:t>
      </w:r>
      <w:proofErr w:type="spellEnd"/>
      <w:r w:rsidR="00F267DF" w:rsidRPr="00551759">
        <w:t xml:space="preserve"> </w:t>
      </w:r>
      <w:proofErr w:type="spellStart"/>
      <w:r w:rsidR="00F267DF" w:rsidRPr="00551759">
        <w:t>bab</w:t>
      </w:r>
      <w:proofErr w:type="spellEnd"/>
      <w:r w:rsidR="00F267DF" w:rsidRPr="00551759">
        <w:t xml:space="preserve"> dan </w:t>
      </w:r>
      <w:proofErr w:type="spellStart"/>
      <w:r w:rsidR="00F267DF" w:rsidRPr="00551759">
        <w:t>tegaskan</w:t>
      </w:r>
      <w:proofErr w:type="spellEnd"/>
      <w:r w:rsidR="00F267DF" w:rsidRPr="00551759">
        <w:t xml:space="preserve"> </w:t>
      </w:r>
      <w:proofErr w:type="spellStart"/>
      <w:r w:rsidR="00F267DF" w:rsidRPr="00551759">
        <w:t>kontribusinya</w:t>
      </w:r>
      <w:proofErr w:type="spellEnd"/>
      <w:r w:rsidR="00F267DF" w:rsidRPr="00551759">
        <w:t xml:space="preserve"> </w:t>
      </w:r>
      <w:proofErr w:type="spellStart"/>
      <w:r w:rsidR="00F267DF" w:rsidRPr="00551759">
        <w:t>terhadap</w:t>
      </w:r>
      <w:proofErr w:type="spellEnd"/>
      <w:r w:rsidR="00F267DF" w:rsidRPr="00551759">
        <w:t xml:space="preserve"> </w:t>
      </w:r>
      <w:proofErr w:type="spellStart"/>
      <w:r w:rsidR="00F267DF" w:rsidRPr="00551759">
        <w:t>tema</w:t>
      </w:r>
      <w:proofErr w:type="spellEnd"/>
      <w:r w:rsidR="00F267DF" w:rsidRPr="00551759">
        <w:t xml:space="preserve"> </w:t>
      </w:r>
      <w:proofErr w:type="spellStart"/>
      <w:r w:rsidR="00F267DF" w:rsidRPr="00551759">
        <w:t>utama</w:t>
      </w:r>
      <w:proofErr w:type="spellEnd"/>
      <w:r w:rsidR="00F267DF" w:rsidRPr="00551759">
        <w:t xml:space="preserve"> </w:t>
      </w:r>
      <w:proofErr w:type="spellStart"/>
      <w:r w:rsidR="00F267DF" w:rsidRPr="00551759">
        <w:t>buku</w:t>
      </w:r>
      <w:proofErr w:type="spellEnd"/>
      <w:r w:rsidR="00F267DF" w:rsidRPr="00551759">
        <w:t xml:space="preserve">. </w:t>
      </w:r>
      <w:proofErr w:type="spellStart"/>
      <w:r w:rsidR="00F267DF" w:rsidRPr="00551759">
        <w:t>Hindari</w:t>
      </w:r>
      <w:proofErr w:type="spellEnd"/>
      <w:r w:rsidR="00F267DF" w:rsidRPr="00551759">
        <w:t xml:space="preserve"> </w:t>
      </w:r>
      <w:proofErr w:type="spellStart"/>
      <w:r w:rsidR="00F267DF" w:rsidRPr="00551759">
        <w:t>menambahkan</w:t>
      </w:r>
      <w:proofErr w:type="spellEnd"/>
      <w:r w:rsidR="00F267DF" w:rsidRPr="00551759">
        <w:t xml:space="preserve"> </w:t>
      </w:r>
      <w:proofErr w:type="spellStart"/>
      <w:r w:rsidR="00F267DF" w:rsidRPr="00551759">
        <w:t>sumber</w:t>
      </w:r>
      <w:proofErr w:type="spellEnd"/>
      <w:r w:rsidR="00F267DF" w:rsidRPr="00551759">
        <w:t xml:space="preserve"> </w:t>
      </w:r>
      <w:proofErr w:type="spellStart"/>
      <w:r w:rsidR="00F267DF" w:rsidRPr="00551759">
        <w:t>atau</w:t>
      </w:r>
      <w:proofErr w:type="spellEnd"/>
      <w:r w:rsidR="00F267DF" w:rsidRPr="00551759">
        <w:t xml:space="preserve"> </w:t>
      </w:r>
      <w:proofErr w:type="spellStart"/>
      <w:r w:rsidR="00F267DF" w:rsidRPr="00551759">
        <w:t>pembahasan</w:t>
      </w:r>
      <w:proofErr w:type="spellEnd"/>
      <w:r w:rsidR="00F267DF" w:rsidRPr="00551759">
        <w:t xml:space="preserve"> </w:t>
      </w:r>
      <w:proofErr w:type="spellStart"/>
      <w:r w:rsidR="00F267DF" w:rsidRPr="00551759">
        <w:t>bar</w:t>
      </w:r>
      <w:r w:rsidR="00F267DF">
        <w:t>u</w:t>
      </w:r>
      <w:proofErr w:type="spellEnd"/>
      <w:r w:rsidR="00F267DF">
        <w:t>.</w:t>
      </w:r>
    </w:p>
    <w:p w14:paraId="061AE257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118355DF" w14:textId="77777777" w:rsidR="006C66EA" w:rsidRPr="00551759" w:rsidRDefault="00000000" w:rsidP="006A2F52">
      <w:pPr>
        <w:pStyle w:val="Heading1"/>
      </w:pPr>
      <w:bookmarkStart w:id="55" w:name="_Toc239536646"/>
      <w:r w:rsidRPr="00551759">
        <w:lastRenderedPageBreak/>
        <w:t>BAB IX — JUDUL BAB 9</w:t>
      </w:r>
      <w:bookmarkEnd w:id="55"/>
    </w:p>
    <w:p w14:paraId="76820C86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76275994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6" w:name="_Toc239536647"/>
      <w:r w:rsidRPr="00551759">
        <w:rPr>
          <w:rFonts w:ascii="Garamond" w:hAnsi="Garamond"/>
        </w:rPr>
        <w:t>9.1 Pendahuluan</w:t>
      </w:r>
      <w:bookmarkEnd w:id="56"/>
    </w:p>
    <w:p w14:paraId="5EA467FE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64366465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7" w:name="_Toc239536648"/>
      <w:r w:rsidRPr="00551759">
        <w:rPr>
          <w:rFonts w:ascii="Garamond" w:hAnsi="Garamond"/>
        </w:rPr>
        <w:t>9.2 Landasan Konseptual dan Teoretis</w:t>
      </w:r>
      <w:bookmarkEnd w:id="57"/>
    </w:p>
    <w:p w14:paraId="15B670D4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13132B57" w14:textId="77777777" w:rsidR="006C66EA" w:rsidRPr="00551759" w:rsidRDefault="00000000">
      <w:pPr>
        <w:pStyle w:val="Heading3"/>
        <w:rPr>
          <w:rFonts w:ascii="Garamond" w:hAnsi="Garamond"/>
        </w:rPr>
      </w:pPr>
      <w:bookmarkStart w:id="58" w:name="_Toc239536649"/>
      <w:r w:rsidRPr="00551759">
        <w:rPr>
          <w:rFonts w:ascii="Garamond" w:hAnsi="Garamond"/>
        </w:rPr>
        <w:t>9.2.1 Subbagian Kajian</w:t>
      </w:r>
      <w:bookmarkEnd w:id="58"/>
    </w:p>
    <w:p w14:paraId="61727687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7F3A15A5" w14:textId="77777777" w:rsidR="006C66EA" w:rsidRPr="00551759" w:rsidRDefault="00000000">
      <w:pPr>
        <w:pStyle w:val="Heading2"/>
        <w:rPr>
          <w:rFonts w:ascii="Garamond" w:hAnsi="Garamond"/>
        </w:rPr>
      </w:pPr>
      <w:bookmarkStart w:id="59" w:name="_Toc239536650"/>
      <w:r w:rsidRPr="00551759">
        <w:rPr>
          <w:rFonts w:ascii="Garamond" w:hAnsi="Garamond"/>
        </w:rPr>
        <w:t>9.3 Pembahasan dan Implikasi</w:t>
      </w:r>
      <w:bookmarkEnd w:id="59"/>
    </w:p>
    <w:p w14:paraId="725D5DC3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02E307BE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0" w:name="_Toc239536651"/>
      <w:r w:rsidRPr="00551759">
        <w:rPr>
          <w:rFonts w:ascii="Garamond" w:hAnsi="Garamond"/>
        </w:rPr>
        <w:t>9.4 Simpulan Bab</w:t>
      </w:r>
      <w:bookmarkEnd w:id="60"/>
    </w:p>
    <w:p w14:paraId="5AACA7EA" w14:textId="0453E372" w:rsidR="006C66EA" w:rsidRPr="00551759" w:rsidRDefault="00000000">
      <w:r w:rsidRPr="00551759">
        <w:t xml:space="preserve">[Rangkum jawaban atas persoalan bab dan tegaskan kontribusinya terhadap tema utama buku. Hindari menambahkan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</w:t>
      </w:r>
      <w:r w:rsidR="00057277" w:rsidRPr="00551759">
        <w:t>[</w:t>
      </w:r>
      <w:proofErr w:type="spellStart"/>
      <w:proofErr w:type="gramEnd"/>
      <w:r w:rsidR="00057277" w:rsidRPr="00551759">
        <w:t>Rangkum</w:t>
      </w:r>
      <w:proofErr w:type="spellEnd"/>
      <w:r w:rsidR="00057277" w:rsidRPr="00551759">
        <w:t xml:space="preserve"> </w:t>
      </w:r>
      <w:proofErr w:type="spellStart"/>
      <w:r w:rsidR="00057277" w:rsidRPr="00551759">
        <w:t>jawaban</w:t>
      </w:r>
      <w:proofErr w:type="spellEnd"/>
      <w:r w:rsidR="00057277" w:rsidRPr="00551759">
        <w:t xml:space="preserve"> </w:t>
      </w:r>
      <w:proofErr w:type="spellStart"/>
      <w:r w:rsidR="00057277" w:rsidRPr="00551759">
        <w:t>atas</w:t>
      </w:r>
      <w:proofErr w:type="spellEnd"/>
      <w:r w:rsidR="00057277" w:rsidRPr="00551759">
        <w:t xml:space="preserve"> </w:t>
      </w:r>
      <w:proofErr w:type="spellStart"/>
      <w:r w:rsidR="00057277" w:rsidRPr="00551759">
        <w:t>persoalan</w:t>
      </w:r>
      <w:proofErr w:type="spellEnd"/>
      <w:r w:rsidR="00057277" w:rsidRPr="00551759">
        <w:t xml:space="preserve"> </w:t>
      </w:r>
      <w:proofErr w:type="spellStart"/>
      <w:r w:rsidR="00057277" w:rsidRPr="00551759">
        <w:t>bab</w:t>
      </w:r>
      <w:proofErr w:type="spellEnd"/>
      <w:r w:rsidR="00057277" w:rsidRPr="00551759">
        <w:t xml:space="preserve"> dan </w:t>
      </w:r>
      <w:proofErr w:type="spellStart"/>
      <w:r w:rsidR="00057277" w:rsidRPr="00551759">
        <w:t>tegaskan</w:t>
      </w:r>
      <w:proofErr w:type="spellEnd"/>
      <w:r w:rsidR="00057277" w:rsidRPr="00551759">
        <w:t xml:space="preserve"> </w:t>
      </w:r>
      <w:proofErr w:type="spellStart"/>
      <w:r w:rsidR="00057277" w:rsidRPr="00551759">
        <w:t>kontribusinya</w:t>
      </w:r>
      <w:proofErr w:type="spellEnd"/>
      <w:r w:rsidR="00057277" w:rsidRPr="00551759">
        <w:t xml:space="preserve"> </w:t>
      </w:r>
      <w:proofErr w:type="spellStart"/>
      <w:r w:rsidR="00057277" w:rsidRPr="00551759">
        <w:t>terhadap</w:t>
      </w:r>
      <w:proofErr w:type="spellEnd"/>
      <w:r w:rsidR="00057277" w:rsidRPr="00551759">
        <w:t xml:space="preserve"> </w:t>
      </w:r>
      <w:proofErr w:type="spellStart"/>
      <w:r w:rsidR="00057277" w:rsidRPr="00551759">
        <w:t>tema</w:t>
      </w:r>
      <w:proofErr w:type="spellEnd"/>
      <w:r w:rsidR="00057277" w:rsidRPr="00551759">
        <w:t xml:space="preserve"> </w:t>
      </w:r>
      <w:proofErr w:type="spellStart"/>
      <w:r w:rsidR="00057277" w:rsidRPr="00551759">
        <w:t>utama</w:t>
      </w:r>
      <w:proofErr w:type="spellEnd"/>
      <w:r w:rsidR="00057277" w:rsidRPr="00551759">
        <w:t xml:space="preserve"> </w:t>
      </w:r>
      <w:proofErr w:type="spellStart"/>
      <w:r w:rsidR="00057277" w:rsidRPr="00551759">
        <w:t>buku</w:t>
      </w:r>
      <w:proofErr w:type="spellEnd"/>
      <w:r w:rsidR="00057277" w:rsidRPr="00551759">
        <w:t xml:space="preserve">. </w:t>
      </w:r>
      <w:proofErr w:type="spellStart"/>
      <w:r w:rsidR="00057277" w:rsidRPr="00551759">
        <w:t>Hindari</w:t>
      </w:r>
      <w:proofErr w:type="spellEnd"/>
      <w:r w:rsidR="00057277" w:rsidRPr="00551759">
        <w:t xml:space="preserve"> </w:t>
      </w:r>
      <w:proofErr w:type="spellStart"/>
      <w:r w:rsidR="00057277" w:rsidRPr="00551759">
        <w:t>menambahkan</w:t>
      </w:r>
      <w:proofErr w:type="spellEnd"/>
      <w:r w:rsidR="00057277" w:rsidRPr="00551759">
        <w:t xml:space="preserve"> </w:t>
      </w:r>
      <w:proofErr w:type="spellStart"/>
      <w:r w:rsidR="00057277" w:rsidRPr="00551759">
        <w:lastRenderedPageBreak/>
        <w:t>sumber</w:t>
      </w:r>
      <w:proofErr w:type="spellEnd"/>
      <w:r w:rsidR="00057277" w:rsidRPr="00551759">
        <w:t xml:space="preserve"> </w:t>
      </w:r>
      <w:proofErr w:type="spellStart"/>
      <w:r w:rsidR="00057277" w:rsidRPr="00551759">
        <w:t>atau</w:t>
      </w:r>
      <w:proofErr w:type="spellEnd"/>
      <w:r w:rsidR="00057277" w:rsidRPr="00551759">
        <w:t xml:space="preserve"> </w:t>
      </w:r>
      <w:proofErr w:type="spellStart"/>
      <w:r w:rsidR="00057277" w:rsidRPr="00551759">
        <w:t>pembahasan</w:t>
      </w:r>
      <w:proofErr w:type="spellEnd"/>
      <w:r w:rsidR="00057277" w:rsidRPr="00551759">
        <w:t xml:space="preserve"> </w:t>
      </w:r>
      <w:proofErr w:type="gramStart"/>
      <w:r w:rsidR="00057277" w:rsidRPr="00551759">
        <w:t>bar[</w:t>
      </w:r>
      <w:proofErr w:type="spellStart"/>
      <w:proofErr w:type="gramEnd"/>
      <w:r w:rsidR="00057277" w:rsidRPr="00551759">
        <w:t>Rangkum</w:t>
      </w:r>
      <w:proofErr w:type="spellEnd"/>
      <w:r w:rsidR="00057277" w:rsidRPr="00551759">
        <w:t xml:space="preserve"> </w:t>
      </w:r>
      <w:proofErr w:type="spellStart"/>
      <w:r w:rsidR="00057277" w:rsidRPr="00551759">
        <w:t>jawaban</w:t>
      </w:r>
      <w:proofErr w:type="spellEnd"/>
      <w:r w:rsidR="00057277" w:rsidRPr="00551759">
        <w:t xml:space="preserve"> </w:t>
      </w:r>
      <w:proofErr w:type="spellStart"/>
      <w:r w:rsidR="00057277" w:rsidRPr="00551759">
        <w:t>atas</w:t>
      </w:r>
      <w:proofErr w:type="spellEnd"/>
      <w:r w:rsidR="00057277" w:rsidRPr="00551759">
        <w:t xml:space="preserve"> </w:t>
      </w:r>
      <w:proofErr w:type="spellStart"/>
      <w:r w:rsidR="00057277" w:rsidRPr="00551759">
        <w:t>persoalan</w:t>
      </w:r>
      <w:proofErr w:type="spellEnd"/>
      <w:r w:rsidR="00057277" w:rsidRPr="00551759">
        <w:t xml:space="preserve"> </w:t>
      </w:r>
      <w:proofErr w:type="spellStart"/>
      <w:r w:rsidR="00057277" w:rsidRPr="00551759">
        <w:t>bab</w:t>
      </w:r>
      <w:proofErr w:type="spellEnd"/>
      <w:r w:rsidR="00057277" w:rsidRPr="00551759">
        <w:t xml:space="preserve"> dan </w:t>
      </w:r>
      <w:proofErr w:type="spellStart"/>
      <w:r w:rsidR="00057277" w:rsidRPr="00551759">
        <w:t>tegaskan</w:t>
      </w:r>
      <w:proofErr w:type="spellEnd"/>
      <w:r w:rsidR="00057277" w:rsidRPr="00551759">
        <w:t xml:space="preserve"> </w:t>
      </w:r>
      <w:proofErr w:type="spellStart"/>
      <w:r w:rsidR="00057277" w:rsidRPr="00551759">
        <w:t>kontribusinya</w:t>
      </w:r>
      <w:proofErr w:type="spellEnd"/>
      <w:r w:rsidR="00057277" w:rsidRPr="00551759">
        <w:t xml:space="preserve"> </w:t>
      </w:r>
      <w:proofErr w:type="spellStart"/>
      <w:r w:rsidR="00057277" w:rsidRPr="00551759">
        <w:t>terhadap</w:t>
      </w:r>
      <w:proofErr w:type="spellEnd"/>
      <w:r w:rsidR="00057277" w:rsidRPr="00551759">
        <w:t xml:space="preserve"> </w:t>
      </w:r>
      <w:proofErr w:type="spellStart"/>
      <w:r w:rsidR="00057277" w:rsidRPr="00551759">
        <w:t>tema</w:t>
      </w:r>
      <w:proofErr w:type="spellEnd"/>
      <w:r w:rsidR="00057277" w:rsidRPr="00551759">
        <w:t xml:space="preserve"> </w:t>
      </w:r>
      <w:proofErr w:type="spellStart"/>
      <w:r w:rsidR="00057277" w:rsidRPr="00551759">
        <w:t>utama</w:t>
      </w:r>
      <w:proofErr w:type="spellEnd"/>
      <w:r w:rsidR="00057277" w:rsidRPr="00551759">
        <w:t xml:space="preserve"> </w:t>
      </w:r>
      <w:proofErr w:type="spellStart"/>
      <w:r w:rsidR="00057277" w:rsidRPr="00551759">
        <w:t>buku</w:t>
      </w:r>
      <w:proofErr w:type="spellEnd"/>
      <w:r w:rsidR="00057277" w:rsidRPr="00551759">
        <w:t xml:space="preserve">. </w:t>
      </w:r>
      <w:proofErr w:type="spellStart"/>
      <w:r w:rsidR="00057277" w:rsidRPr="00551759">
        <w:t>Hindari</w:t>
      </w:r>
      <w:proofErr w:type="spellEnd"/>
      <w:r w:rsidR="00057277" w:rsidRPr="00551759">
        <w:t xml:space="preserve"> </w:t>
      </w:r>
      <w:proofErr w:type="spellStart"/>
      <w:r w:rsidR="00057277" w:rsidRPr="00551759">
        <w:t>menambahkan</w:t>
      </w:r>
      <w:proofErr w:type="spellEnd"/>
      <w:r w:rsidR="00057277" w:rsidRPr="00551759">
        <w:t xml:space="preserve"> </w:t>
      </w:r>
      <w:proofErr w:type="spellStart"/>
      <w:r w:rsidR="00057277" w:rsidRPr="00551759">
        <w:t>sumber</w:t>
      </w:r>
      <w:proofErr w:type="spellEnd"/>
      <w:r w:rsidR="00057277" w:rsidRPr="00551759">
        <w:t xml:space="preserve"> </w:t>
      </w:r>
      <w:proofErr w:type="spellStart"/>
      <w:r w:rsidR="00057277" w:rsidRPr="00551759">
        <w:t>atau</w:t>
      </w:r>
      <w:proofErr w:type="spellEnd"/>
      <w:r w:rsidR="00057277" w:rsidRPr="00551759">
        <w:t xml:space="preserve"> </w:t>
      </w:r>
      <w:proofErr w:type="spellStart"/>
      <w:r w:rsidR="00057277" w:rsidRPr="00551759">
        <w:t>pembahasan</w:t>
      </w:r>
      <w:proofErr w:type="spellEnd"/>
      <w:r w:rsidR="00057277" w:rsidRPr="00551759">
        <w:t xml:space="preserve"> </w:t>
      </w:r>
      <w:proofErr w:type="gramStart"/>
      <w:r w:rsidR="00057277" w:rsidRPr="00551759">
        <w:t>bar[</w:t>
      </w:r>
      <w:proofErr w:type="spellStart"/>
      <w:proofErr w:type="gramEnd"/>
      <w:r w:rsidR="00057277" w:rsidRPr="00551759">
        <w:t>Rangkum</w:t>
      </w:r>
      <w:proofErr w:type="spellEnd"/>
      <w:r w:rsidR="00057277" w:rsidRPr="00551759">
        <w:t xml:space="preserve"> </w:t>
      </w:r>
      <w:proofErr w:type="spellStart"/>
      <w:r w:rsidR="00057277" w:rsidRPr="00551759">
        <w:t>jawaban</w:t>
      </w:r>
      <w:proofErr w:type="spellEnd"/>
      <w:r w:rsidR="00057277" w:rsidRPr="00551759">
        <w:t xml:space="preserve"> </w:t>
      </w:r>
      <w:proofErr w:type="spellStart"/>
      <w:r w:rsidR="00057277" w:rsidRPr="00551759">
        <w:t>atas</w:t>
      </w:r>
      <w:proofErr w:type="spellEnd"/>
      <w:r w:rsidR="00057277" w:rsidRPr="00551759">
        <w:t xml:space="preserve"> </w:t>
      </w:r>
      <w:proofErr w:type="spellStart"/>
      <w:r w:rsidR="00057277" w:rsidRPr="00551759">
        <w:t>persoalan</w:t>
      </w:r>
      <w:proofErr w:type="spellEnd"/>
      <w:r w:rsidR="00057277" w:rsidRPr="00551759">
        <w:t xml:space="preserve"> </w:t>
      </w:r>
      <w:proofErr w:type="spellStart"/>
      <w:r w:rsidR="00057277" w:rsidRPr="00551759">
        <w:t>bab</w:t>
      </w:r>
      <w:proofErr w:type="spellEnd"/>
      <w:r w:rsidR="00057277" w:rsidRPr="00551759">
        <w:t xml:space="preserve"> dan </w:t>
      </w:r>
      <w:proofErr w:type="spellStart"/>
      <w:r w:rsidR="00057277" w:rsidRPr="00551759">
        <w:t>tegaskan</w:t>
      </w:r>
      <w:proofErr w:type="spellEnd"/>
      <w:r w:rsidR="00057277" w:rsidRPr="00551759">
        <w:t xml:space="preserve"> </w:t>
      </w:r>
      <w:proofErr w:type="spellStart"/>
      <w:r w:rsidR="00057277" w:rsidRPr="00551759">
        <w:t>kontribusinya</w:t>
      </w:r>
      <w:proofErr w:type="spellEnd"/>
      <w:r w:rsidR="00057277" w:rsidRPr="00551759">
        <w:t xml:space="preserve"> </w:t>
      </w:r>
      <w:proofErr w:type="spellStart"/>
      <w:r w:rsidR="00057277" w:rsidRPr="00551759">
        <w:t>terhadap</w:t>
      </w:r>
      <w:proofErr w:type="spellEnd"/>
      <w:r w:rsidR="00057277" w:rsidRPr="00551759">
        <w:t xml:space="preserve"> </w:t>
      </w:r>
      <w:proofErr w:type="spellStart"/>
      <w:r w:rsidR="00057277" w:rsidRPr="00551759">
        <w:t>tema</w:t>
      </w:r>
      <w:proofErr w:type="spellEnd"/>
      <w:r w:rsidR="00057277" w:rsidRPr="00551759">
        <w:t xml:space="preserve"> </w:t>
      </w:r>
      <w:proofErr w:type="spellStart"/>
      <w:r w:rsidR="00057277" w:rsidRPr="00551759">
        <w:t>utama</w:t>
      </w:r>
      <w:proofErr w:type="spellEnd"/>
      <w:r w:rsidR="00057277" w:rsidRPr="00551759">
        <w:t xml:space="preserve"> </w:t>
      </w:r>
      <w:proofErr w:type="spellStart"/>
      <w:r w:rsidR="00057277" w:rsidRPr="00551759">
        <w:t>buku</w:t>
      </w:r>
      <w:proofErr w:type="spellEnd"/>
      <w:r w:rsidR="00057277" w:rsidRPr="00551759">
        <w:t xml:space="preserve">. </w:t>
      </w:r>
      <w:proofErr w:type="spellStart"/>
      <w:r w:rsidR="00057277" w:rsidRPr="00551759">
        <w:t>Hindari</w:t>
      </w:r>
      <w:proofErr w:type="spellEnd"/>
      <w:r w:rsidR="00057277" w:rsidRPr="00551759">
        <w:t xml:space="preserve"> </w:t>
      </w:r>
      <w:proofErr w:type="spellStart"/>
      <w:r w:rsidR="00057277" w:rsidRPr="00551759">
        <w:t>menambahkan</w:t>
      </w:r>
      <w:proofErr w:type="spellEnd"/>
      <w:r w:rsidR="00057277" w:rsidRPr="00551759">
        <w:t xml:space="preserve"> </w:t>
      </w:r>
      <w:proofErr w:type="spellStart"/>
      <w:r w:rsidR="00057277" w:rsidRPr="00551759">
        <w:t>sumber</w:t>
      </w:r>
      <w:proofErr w:type="spellEnd"/>
      <w:r w:rsidR="00057277" w:rsidRPr="00551759">
        <w:t xml:space="preserve"> </w:t>
      </w:r>
      <w:proofErr w:type="spellStart"/>
      <w:r w:rsidR="00057277" w:rsidRPr="00551759">
        <w:t>atau</w:t>
      </w:r>
      <w:proofErr w:type="spellEnd"/>
      <w:r w:rsidR="00057277" w:rsidRPr="00551759">
        <w:t xml:space="preserve"> </w:t>
      </w:r>
      <w:proofErr w:type="spellStart"/>
      <w:r w:rsidR="00057277" w:rsidRPr="00551759">
        <w:t>pembahasan</w:t>
      </w:r>
      <w:proofErr w:type="spellEnd"/>
      <w:r w:rsidR="00057277" w:rsidRPr="00551759">
        <w:t xml:space="preserve"> </w:t>
      </w:r>
      <w:proofErr w:type="spellStart"/>
      <w:proofErr w:type="gramStart"/>
      <w:r w:rsidR="00057277" w:rsidRPr="00551759">
        <w:t>bar</w:t>
      </w:r>
      <w:r w:rsidR="00057277">
        <w:t>u</w:t>
      </w:r>
      <w:proofErr w:type="spellEnd"/>
      <w:r w:rsidR="00057277" w:rsidRPr="00551759">
        <w:t>[</w:t>
      </w:r>
      <w:proofErr w:type="spellStart"/>
      <w:proofErr w:type="gramEnd"/>
      <w:r w:rsidR="00057277" w:rsidRPr="00551759">
        <w:t>Rangkum</w:t>
      </w:r>
      <w:proofErr w:type="spellEnd"/>
      <w:r w:rsidR="00057277" w:rsidRPr="00551759">
        <w:t xml:space="preserve"> </w:t>
      </w:r>
      <w:proofErr w:type="spellStart"/>
      <w:r w:rsidR="00057277" w:rsidRPr="00551759">
        <w:t>jawaban</w:t>
      </w:r>
      <w:proofErr w:type="spellEnd"/>
      <w:r w:rsidR="00057277" w:rsidRPr="00551759">
        <w:t xml:space="preserve"> </w:t>
      </w:r>
      <w:proofErr w:type="spellStart"/>
      <w:r w:rsidR="00057277" w:rsidRPr="00551759">
        <w:t>atas</w:t>
      </w:r>
      <w:proofErr w:type="spellEnd"/>
      <w:r w:rsidR="00057277" w:rsidRPr="00551759">
        <w:t xml:space="preserve"> </w:t>
      </w:r>
      <w:proofErr w:type="spellStart"/>
      <w:r w:rsidR="00057277" w:rsidRPr="00551759">
        <w:t>persoalan</w:t>
      </w:r>
      <w:proofErr w:type="spellEnd"/>
      <w:r w:rsidR="00057277" w:rsidRPr="00551759">
        <w:t xml:space="preserve"> </w:t>
      </w:r>
      <w:proofErr w:type="spellStart"/>
      <w:r w:rsidR="00057277" w:rsidRPr="00551759">
        <w:t>bab</w:t>
      </w:r>
      <w:proofErr w:type="spellEnd"/>
      <w:r w:rsidR="00057277" w:rsidRPr="00551759">
        <w:t xml:space="preserve"> dan </w:t>
      </w:r>
      <w:proofErr w:type="spellStart"/>
      <w:r w:rsidR="00057277" w:rsidRPr="00551759">
        <w:t>tegaskan</w:t>
      </w:r>
      <w:proofErr w:type="spellEnd"/>
      <w:r w:rsidR="00057277" w:rsidRPr="00551759">
        <w:t xml:space="preserve"> </w:t>
      </w:r>
      <w:proofErr w:type="spellStart"/>
      <w:r w:rsidR="00057277" w:rsidRPr="00551759">
        <w:t>kontribusinya</w:t>
      </w:r>
      <w:proofErr w:type="spellEnd"/>
      <w:r w:rsidR="00057277" w:rsidRPr="00551759">
        <w:t xml:space="preserve"> </w:t>
      </w:r>
      <w:proofErr w:type="spellStart"/>
      <w:r w:rsidR="00057277" w:rsidRPr="00551759">
        <w:t>terhadap</w:t>
      </w:r>
      <w:proofErr w:type="spellEnd"/>
      <w:r w:rsidR="00057277" w:rsidRPr="00551759">
        <w:t xml:space="preserve"> </w:t>
      </w:r>
      <w:proofErr w:type="spellStart"/>
      <w:r w:rsidR="00057277" w:rsidRPr="00551759">
        <w:t>tema</w:t>
      </w:r>
      <w:proofErr w:type="spellEnd"/>
      <w:r w:rsidR="00057277" w:rsidRPr="00551759">
        <w:t xml:space="preserve"> </w:t>
      </w:r>
      <w:proofErr w:type="spellStart"/>
      <w:r w:rsidR="00057277" w:rsidRPr="00551759">
        <w:t>utama</w:t>
      </w:r>
      <w:proofErr w:type="spellEnd"/>
      <w:r w:rsidR="00057277" w:rsidRPr="00551759">
        <w:t xml:space="preserve"> </w:t>
      </w:r>
      <w:proofErr w:type="spellStart"/>
      <w:r w:rsidR="00057277" w:rsidRPr="00551759">
        <w:t>buku</w:t>
      </w:r>
      <w:proofErr w:type="spellEnd"/>
      <w:r w:rsidR="00057277" w:rsidRPr="00551759">
        <w:t xml:space="preserve">. </w:t>
      </w:r>
      <w:proofErr w:type="spellStart"/>
      <w:r w:rsidR="00057277" w:rsidRPr="00551759">
        <w:t>Hindari</w:t>
      </w:r>
      <w:proofErr w:type="spellEnd"/>
      <w:r w:rsidR="00057277" w:rsidRPr="00551759">
        <w:t xml:space="preserve"> </w:t>
      </w:r>
      <w:proofErr w:type="spellStart"/>
      <w:r w:rsidR="00057277" w:rsidRPr="00551759">
        <w:t>menambahkan</w:t>
      </w:r>
      <w:proofErr w:type="spellEnd"/>
      <w:r w:rsidR="00057277" w:rsidRPr="00551759">
        <w:t xml:space="preserve"> </w:t>
      </w:r>
      <w:proofErr w:type="spellStart"/>
      <w:r w:rsidR="00057277" w:rsidRPr="00551759">
        <w:t>sumber</w:t>
      </w:r>
      <w:proofErr w:type="spellEnd"/>
      <w:r w:rsidR="00057277" w:rsidRPr="00551759">
        <w:t xml:space="preserve"> </w:t>
      </w:r>
      <w:proofErr w:type="spellStart"/>
      <w:r w:rsidR="00057277" w:rsidRPr="00551759">
        <w:t>atau</w:t>
      </w:r>
      <w:proofErr w:type="spellEnd"/>
      <w:r w:rsidR="00057277" w:rsidRPr="00551759">
        <w:t xml:space="preserve"> </w:t>
      </w:r>
      <w:proofErr w:type="spellStart"/>
      <w:r w:rsidR="00057277" w:rsidRPr="00551759">
        <w:t>pembahasan</w:t>
      </w:r>
      <w:proofErr w:type="spellEnd"/>
      <w:r w:rsidR="00057277" w:rsidRPr="00551759">
        <w:t xml:space="preserve"> </w:t>
      </w:r>
      <w:proofErr w:type="spellStart"/>
      <w:r w:rsidR="00057277" w:rsidRPr="00551759">
        <w:t>bar</w:t>
      </w:r>
      <w:r w:rsidR="00057277">
        <w:t>u</w:t>
      </w:r>
      <w:proofErr w:type="spellEnd"/>
    </w:p>
    <w:p w14:paraId="7756C7FE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5A342E1E" w14:textId="77777777" w:rsidR="006C66EA" w:rsidRPr="00551759" w:rsidRDefault="00000000" w:rsidP="006A2F52">
      <w:pPr>
        <w:pStyle w:val="Heading1"/>
      </w:pPr>
      <w:bookmarkStart w:id="61" w:name="_Toc239536652"/>
      <w:r w:rsidRPr="00551759">
        <w:lastRenderedPageBreak/>
        <w:t>BAB X — JUDUL BAB 10</w:t>
      </w:r>
      <w:bookmarkEnd w:id="61"/>
    </w:p>
    <w:p w14:paraId="1EDA1F39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30EC9DE2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2" w:name="_Toc239536653"/>
      <w:r w:rsidRPr="00551759">
        <w:rPr>
          <w:rFonts w:ascii="Garamond" w:hAnsi="Garamond"/>
        </w:rPr>
        <w:t>10.1 Pendahuluan</w:t>
      </w:r>
      <w:bookmarkEnd w:id="62"/>
    </w:p>
    <w:p w14:paraId="0071A838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234F19E7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3" w:name="_Toc239536654"/>
      <w:r w:rsidRPr="00551759">
        <w:rPr>
          <w:rFonts w:ascii="Garamond" w:hAnsi="Garamond"/>
        </w:rPr>
        <w:t>10.2 Landasan Konseptual dan Teoretis</w:t>
      </w:r>
      <w:bookmarkEnd w:id="63"/>
    </w:p>
    <w:p w14:paraId="2CA1772E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4965F0E5" w14:textId="77777777" w:rsidR="006C66EA" w:rsidRPr="00551759" w:rsidRDefault="00000000">
      <w:pPr>
        <w:pStyle w:val="Heading3"/>
        <w:rPr>
          <w:rFonts w:ascii="Garamond" w:hAnsi="Garamond"/>
        </w:rPr>
      </w:pPr>
      <w:bookmarkStart w:id="64" w:name="_Toc239536655"/>
      <w:r w:rsidRPr="00551759">
        <w:rPr>
          <w:rFonts w:ascii="Garamond" w:hAnsi="Garamond"/>
        </w:rPr>
        <w:t>10.2.1 Subbagian Kajian</w:t>
      </w:r>
      <w:bookmarkEnd w:id="64"/>
    </w:p>
    <w:p w14:paraId="66D766D4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7090CF3E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5" w:name="_Toc239536656"/>
      <w:r w:rsidRPr="00551759">
        <w:rPr>
          <w:rFonts w:ascii="Garamond" w:hAnsi="Garamond"/>
        </w:rPr>
        <w:t>10.3 Pembahasan dan Implikasi</w:t>
      </w:r>
      <w:bookmarkEnd w:id="65"/>
    </w:p>
    <w:p w14:paraId="7E6B83DE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7DAECFB5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6" w:name="_Toc239536657"/>
      <w:r w:rsidRPr="00551759">
        <w:rPr>
          <w:rFonts w:ascii="Garamond" w:hAnsi="Garamond"/>
        </w:rPr>
        <w:t>10.4 Simpulan Bab</w:t>
      </w:r>
      <w:bookmarkEnd w:id="66"/>
    </w:p>
    <w:p w14:paraId="366360E5" w14:textId="3351275D" w:rsidR="006C66EA" w:rsidRPr="00551759" w:rsidRDefault="00000000">
      <w:r w:rsidRPr="00551759">
        <w:t xml:space="preserve">[Rangkum jawaban atas persoalan bab dan tegaskan kontribusinya terhadap tema utama buku. Hindari menambahkan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proofErr w:type="gramStart"/>
      <w:r w:rsidRPr="00551759">
        <w:t>.]</w:t>
      </w:r>
      <w:r w:rsidR="00F22AEE" w:rsidRPr="00551759">
        <w:t>[</w:t>
      </w:r>
      <w:proofErr w:type="spellStart"/>
      <w:proofErr w:type="gramEnd"/>
      <w:r w:rsidR="00F22AEE" w:rsidRPr="00551759">
        <w:t>Rangkum</w:t>
      </w:r>
      <w:proofErr w:type="spellEnd"/>
      <w:r w:rsidR="00F22AEE" w:rsidRPr="00551759">
        <w:t xml:space="preserve"> </w:t>
      </w:r>
      <w:proofErr w:type="spellStart"/>
      <w:r w:rsidR="00F22AEE" w:rsidRPr="00551759">
        <w:t>jawaban</w:t>
      </w:r>
      <w:proofErr w:type="spellEnd"/>
      <w:r w:rsidR="00F22AEE" w:rsidRPr="00551759">
        <w:t xml:space="preserve"> </w:t>
      </w:r>
      <w:proofErr w:type="spellStart"/>
      <w:r w:rsidR="00F22AEE" w:rsidRPr="00551759">
        <w:t>atas</w:t>
      </w:r>
      <w:proofErr w:type="spellEnd"/>
      <w:r w:rsidR="00F22AEE" w:rsidRPr="00551759">
        <w:t xml:space="preserve"> </w:t>
      </w:r>
      <w:proofErr w:type="spellStart"/>
      <w:r w:rsidR="00F22AEE" w:rsidRPr="00551759">
        <w:t>persoalan</w:t>
      </w:r>
      <w:proofErr w:type="spellEnd"/>
      <w:r w:rsidR="00F22AEE" w:rsidRPr="00551759">
        <w:t xml:space="preserve"> </w:t>
      </w:r>
      <w:proofErr w:type="spellStart"/>
      <w:r w:rsidR="00F22AEE" w:rsidRPr="00551759">
        <w:t>bab</w:t>
      </w:r>
      <w:proofErr w:type="spellEnd"/>
      <w:r w:rsidR="00F22AEE" w:rsidRPr="00551759">
        <w:t xml:space="preserve"> dan </w:t>
      </w:r>
      <w:proofErr w:type="spellStart"/>
      <w:r w:rsidR="00F22AEE" w:rsidRPr="00551759">
        <w:t>tegaskan</w:t>
      </w:r>
      <w:proofErr w:type="spellEnd"/>
      <w:r w:rsidR="00F22AEE" w:rsidRPr="00551759">
        <w:t xml:space="preserve"> </w:t>
      </w:r>
      <w:proofErr w:type="spellStart"/>
      <w:r w:rsidR="00F22AEE" w:rsidRPr="00551759">
        <w:t>kontribusinya</w:t>
      </w:r>
      <w:proofErr w:type="spellEnd"/>
      <w:r w:rsidR="00F22AEE" w:rsidRPr="00551759">
        <w:t xml:space="preserve"> </w:t>
      </w:r>
      <w:proofErr w:type="spellStart"/>
      <w:r w:rsidR="00F22AEE" w:rsidRPr="00551759">
        <w:t>terhadap</w:t>
      </w:r>
      <w:proofErr w:type="spellEnd"/>
      <w:r w:rsidR="00F22AEE" w:rsidRPr="00551759">
        <w:t xml:space="preserve"> </w:t>
      </w:r>
      <w:proofErr w:type="spellStart"/>
      <w:r w:rsidR="00F22AEE" w:rsidRPr="00551759">
        <w:t>tema</w:t>
      </w:r>
      <w:proofErr w:type="spellEnd"/>
      <w:r w:rsidR="00F22AEE" w:rsidRPr="00551759">
        <w:t xml:space="preserve"> </w:t>
      </w:r>
      <w:proofErr w:type="spellStart"/>
      <w:r w:rsidR="00F22AEE" w:rsidRPr="00551759">
        <w:t>utama</w:t>
      </w:r>
      <w:proofErr w:type="spellEnd"/>
      <w:r w:rsidR="00F22AEE" w:rsidRPr="00551759">
        <w:t xml:space="preserve"> </w:t>
      </w:r>
      <w:proofErr w:type="spellStart"/>
      <w:r w:rsidR="00F22AEE" w:rsidRPr="00551759">
        <w:t>buku</w:t>
      </w:r>
      <w:proofErr w:type="spellEnd"/>
      <w:r w:rsidR="00F22AEE" w:rsidRPr="00551759">
        <w:t xml:space="preserve">. </w:t>
      </w:r>
      <w:proofErr w:type="spellStart"/>
      <w:r w:rsidR="00F22AEE" w:rsidRPr="00551759">
        <w:t>Hindari</w:t>
      </w:r>
      <w:proofErr w:type="spellEnd"/>
      <w:r w:rsidR="00F22AEE" w:rsidRPr="00551759">
        <w:t xml:space="preserve"> </w:t>
      </w:r>
      <w:proofErr w:type="spellStart"/>
      <w:r w:rsidR="00F22AEE" w:rsidRPr="00551759">
        <w:t>menambahkan</w:t>
      </w:r>
      <w:proofErr w:type="spellEnd"/>
      <w:r w:rsidR="00F22AEE" w:rsidRPr="00551759">
        <w:t xml:space="preserve"> </w:t>
      </w:r>
      <w:proofErr w:type="spellStart"/>
      <w:r w:rsidR="00F22AEE" w:rsidRPr="00551759">
        <w:lastRenderedPageBreak/>
        <w:t>sumber</w:t>
      </w:r>
      <w:proofErr w:type="spellEnd"/>
      <w:r w:rsidR="00F22AEE" w:rsidRPr="00551759">
        <w:t xml:space="preserve"> </w:t>
      </w:r>
      <w:proofErr w:type="spellStart"/>
      <w:r w:rsidR="00F22AEE" w:rsidRPr="00551759">
        <w:t>atau</w:t>
      </w:r>
      <w:proofErr w:type="spellEnd"/>
      <w:r w:rsidR="00F22AEE" w:rsidRPr="00551759">
        <w:t xml:space="preserve"> </w:t>
      </w:r>
      <w:proofErr w:type="spellStart"/>
      <w:r w:rsidR="00F22AEE" w:rsidRPr="00551759">
        <w:t>pembahasan</w:t>
      </w:r>
      <w:proofErr w:type="spellEnd"/>
      <w:r w:rsidR="00F22AEE" w:rsidRPr="00551759">
        <w:t xml:space="preserve"> </w:t>
      </w:r>
      <w:proofErr w:type="gramStart"/>
      <w:r w:rsidR="00F22AEE" w:rsidRPr="00551759">
        <w:t>bar[</w:t>
      </w:r>
      <w:proofErr w:type="spellStart"/>
      <w:proofErr w:type="gramEnd"/>
      <w:r w:rsidR="00F22AEE" w:rsidRPr="00551759">
        <w:t>Rangkum</w:t>
      </w:r>
      <w:proofErr w:type="spellEnd"/>
      <w:r w:rsidR="00F22AEE" w:rsidRPr="00551759">
        <w:t xml:space="preserve"> </w:t>
      </w:r>
      <w:proofErr w:type="spellStart"/>
      <w:r w:rsidR="00F22AEE" w:rsidRPr="00551759">
        <w:t>jawaban</w:t>
      </w:r>
      <w:proofErr w:type="spellEnd"/>
      <w:r w:rsidR="00F22AEE" w:rsidRPr="00551759">
        <w:t xml:space="preserve"> </w:t>
      </w:r>
      <w:proofErr w:type="spellStart"/>
      <w:r w:rsidR="00F22AEE" w:rsidRPr="00551759">
        <w:t>atas</w:t>
      </w:r>
      <w:proofErr w:type="spellEnd"/>
      <w:r w:rsidR="00F22AEE" w:rsidRPr="00551759">
        <w:t xml:space="preserve"> </w:t>
      </w:r>
      <w:proofErr w:type="spellStart"/>
      <w:r w:rsidR="00F22AEE" w:rsidRPr="00551759">
        <w:t>persoalan</w:t>
      </w:r>
      <w:proofErr w:type="spellEnd"/>
      <w:r w:rsidR="00F22AEE" w:rsidRPr="00551759">
        <w:t xml:space="preserve"> </w:t>
      </w:r>
      <w:proofErr w:type="spellStart"/>
      <w:r w:rsidR="00F22AEE" w:rsidRPr="00551759">
        <w:t>bab</w:t>
      </w:r>
      <w:proofErr w:type="spellEnd"/>
      <w:r w:rsidR="00F22AEE" w:rsidRPr="00551759">
        <w:t xml:space="preserve"> dan </w:t>
      </w:r>
      <w:proofErr w:type="spellStart"/>
      <w:r w:rsidR="00F22AEE" w:rsidRPr="00551759">
        <w:t>tegaskan</w:t>
      </w:r>
      <w:proofErr w:type="spellEnd"/>
      <w:r w:rsidR="00F22AEE" w:rsidRPr="00551759">
        <w:t xml:space="preserve"> </w:t>
      </w:r>
      <w:proofErr w:type="spellStart"/>
      <w:r w:rsidR="00F22AEE" w:rsidRPr="00551759">
        <w:t>kontribusinya</w:t>
      </w:r>
      <w:proofErr w:type="spellEnd"/>
      <w:r w:rsidR="00F22AEE" w:rsidRPr="00551759">
        <w:t xml:space="preserve"> </w:t>
      </w:r>
      <w:proofErr w:type="spellStart"/>
      <w:r w:rsidR="00F22AEE" w:rsidRPr="00551759">
        <w:t>terhadap</w:t>
      </w:r>
      <w:proofErr w:type="spellEnd"/>
      <w:r w:rsidR="00F22AEE" w:rsidRPr="00551759">
        <w:t xml:space="preserve"> </w:t>
      </w:r>
      <w:proofErr w:type="spellStart"/>
      <w:r w:rsidR="00F22AEE" w:rsidRPr="00551759">
        <w:t>tema</w:t>
      </w:r>
      <w:proofErr w:type="spellEnd"/>
      <w:r w:rsidR="00F22AEE" w:rsidRPr="00551759">
        <w:t xml:space="preserve"> </w:t>
      </w:r>
      <w:proofErr w:type="spellStart"/>
      <w:r w:rsidR="00F22AEE" w:rsidRPr="00551759">
        <w:t>utama</w:t>
      </w:r>
      <w:proofErr w:type="spellEnd"/>
      <w:r w:rsidR="00F22AEE" w:rsidRPr="00551759">
        <w:t xml:space="preserve"> </w:t>
      </w:r>
      <w:proofErr w:type="spellStart"/>
      <w:r w:rsidR="00F22AEE" w:rsidRPr="00551759">
        <w:t>buku</w:t>
      </w:r>
      <w:proofErr w:type="spellEnd"/>
      <w:r w:rsidR="00F22AEE" w:rsidRPr="00551759">
        <w:t xml:space="preserve">. </w:t>
      </w:r>
      <w:proofErr w:type="spellStart"/>
      <w:r w:rsidR="00F22AEE" w:rsidRPr="00551759">
        <w:t>Hindari</w:t>
      </w:r>
      <w:proofErr w:type="spellEnd"/>
      <w:r w:rsidR="00F22AEE" w:rsidRPr="00551759">
        <w:t xml:space="preserve"> </w:t>
      </w:r>
      <w:proofErr w:type="spellStart"/>
      <w:r w:rsidR="00F22AEE" w:rsidRPr="00551759">
        <w:t>menambahkan</w:t>
      </w:r>
      <w:proofErr w:type="spellEnd"/>
      <w:r w:rsidR="00F22AEE" w:rsidRPr="00551759">
        <w:t xml:space="preserve"> </w:t>
      </w:r>
      <w:proofErr w:type="spellStart"/>
      <w:r w:rsidR="00F22AEE" w:rsidRPr="00551759">
        <w:t>sumber</w:t>
      </w:r>
      <w:proofErr w:type="spellEnd"/>
      <w:r w:rsidR="00F22AEE" w:rsidRPr="00551759">
        <w:t xml:space="preserve"> </w:t>
      </w:r>
      <w:proofErr w:type="spellStart"/>
      <w:r w:rsidR="00F22AEE" w:rsidRPr="00551759">
        <w:t>atau</w:t>
      </w:r>
      <w:proofErr w:type="spellEnd"/>
      <w:r w:rsidR="00F22AEE" w:rsidRPr="00551759">
        <w:t xml:space="preserve"> </w:t>
      </w:r>
      <w:proofErr w:type="spellStart"/>
      <w:r w:rsidR="00F22AEE" w:rsidRPr="00551759">
        <w:t>pembahasan</w:t>
      </w:r>
      <w:proofErr w:type="spellEnd"/>
      <w:r w:rsidR="00F22AEE" w:rsidRPr="00551759">
        <w:t xml:space="preserve"> </w:t>
      </w:r>
      <w:proofErr w:type="gramStart"/>
      <w:r w:rsidR="00F22AEE" w:rsidRPr="00551759">
        <w:t>bar[</w:t>
      </w:r>
      <w:proofErr w:type="spellStart"/>
      <w:proofErr w:type="gramEnd"/>
      <w:r w:rsidR="00F22AEE" w:rsidRPr="00551759">
        <w:t>Rangkum</w:t>
      </w:r>
      <w:proofErr w:type="spellEnd"/>
      <w:r w:rsidR="00F22AEE" w:rsidRPr="00551759">
        <w:t xml:space="preserve"> </w:t>
      </w:r>
      <w:proofErr w:type="spellStart"/>
      <w:r w:rsidR="00F22AEE" w:rsidRPr="00551759">
        <w:t>jawaban</w:t>
      </w:r>
      <w:proofErr w:type="spellEnd"/>
      <w:r w:rsidR="00F22AEE" w:rsidRPr="00551759">
        <w:t xml:space="preserve"> </w:t>
      </w:r>
      <w:proofErr w:type="spellStart"/>
      <w:r w:rsidR="00F22AEE" w:rsidRPr="00551759">
        <w:t>atas</w:t>
      </w:r>
      <w:proofErr w:type="spellEnd"/>
      <w:r w:rsidR="00F22AEE" w:rsidRPr="00551759">
        <w:t xml:space="preserve"> </w:t>
      </w:r>
      <w:proofErr w:type="spellStart"/>
      <w:r w:rsidR="00F22AEE" w:rsidRPr="00551759">
        <w:t>persoalan</w:t>
      </w:r>
      <w:proofErr w:type="spellEnd"/>
      <w:r w:rsidR="00F22AEE" w:rsidRPr="00551759">
        <w:t xml:space="preserve"> </w:t>
      </w:r>
      <w:proofErr w:type="spellStart"/>
      <w:r w:rsidR="00F22AEE" w:rsidRPr="00551759">
        <w:t>bab</w:t>
      </w:r>
      <w:proofErr w:type="spellEnd"/>
      <w:r w:rsidR="00F22AEE" w:rsidRPr="00551759">
        <w:t xml:space="preserve"> dan </w:t>
      </w:r>
      <w:proofErr w:type="spellStart"/>
      <w:r w:rsidR="00F22AEE" w:rsidRPr="00551759">
        <w:t>tegaskan</w:t>
      </w:r>
      <w:proofErr w:type="spellEnd"/>
      <w:r w:rsidR="00F22AEE" w:rsidRPr="00551759">
        <w:t xml:space="preserve"> </w:t>
      </w:r>
      <w:proofErr w:type="spellStart"/>
      <w:r w:rsidR="00F22AEE" w:rsidRPr="00551759">
        <w:t>kontribusinya</w:t>
      </w:r>
      <w:proofErr w:type="spellEnd"/>
      <w:r w:rsidR="00F22AEE" w:rsidRPr="00551759">
        <w:t xml:space="preserve"> </w:t>
      </w:r>
      <w:proofErr w:type="spellStart"/>
      <w:r w:rsidR="00F22AEE" w:rsidRPr="00551759">
        <w:t>terhadap</w:t>
      </w:r>
      <w:proofErr w:type="spellEnd"/>
      <w:r w:rsidR="00F22AEE" w:rsidRPr="00551759">
        <w:t xml:space="preserve"> </w:t>
      </w:r>
      <w:proofErr w:type="spellStart"/>
      <w:r w:rsidR="00F22AEE" w:rsidRPr="00551759">
        <w:t>tema</w:t>
      </w:r>
      <w:proofErr w:type="spellEnd"/>
      <w:r w:rsidR="00F22AEE" w:rsidRPr="00551759">
        <w:t xml:space="preserve"> </w:t>
      </w:r>
      <w:proofErr w:type="spellStart"/>
      <w:r w:rsidR="00F22AEE" w:rsidRPr="00551759">
        <w:t>utama</w:t>
      </w:r>
      <w:proofErr w:type="spellEnd"/>
      <w:r w:rsidR="00F22AEE" w:rsidRPr="00551759">
        <w:t xml:space="preserve"> </w:t>
      </w:r>
      <w:proofErr w:type="spellStart"/>
      <w:r w:rsidR="00F22AEE" w:rsidRPr="00551759">
        <w:t>buku</w:t>
      </w:r>
      <w:proofErr w:type="spellEnd"/>
      <w:r w:rsidR="00F22AEE" w:rsidRPr="00551759">
        <w:t xml:space="preserve">. </w:t>
      </w:r>
      <w:proofErr w:type="spellStart"/>
      <w:r w:rsidR="00F22AEE" w:rsidRPr="00551759">
        <w:t>Hindari</w:t>
      </w:r>
      <w:proofErr w:type="spellEnd"/>
      <w:r w:rsidR="00F22AEE" w:rsidRPr="00551759">
        <w:t xml:space="preserve"> </w:t>
      </w:r>
      <w:proofErr w:type="spellStart"/>
      <w:r w:rsidR="00F22AEE" w:rsidRPr="00551759">
        <w:t>menambahkan</w:t>
      </w:r>
      <w:proofErr w:type="spellEnd"/>
      <w:r w:rsidR="00F22AEE" w:rsidRPr="00551759">
        <w:t xml:space="preserve"> </w:t>
      </w:r>
      <w:proofErr w:type="spellStart"/>
      <w:r w:rsidR="00F22AEE" w:rsidRPr="00551759">
        <w:t>sumber</w:t>
      </w:r>
      <w:proofErr w:type="spellEnd"/>
      <w:r w:rsidR="00F22AEE" w:rsidRPr="00551759">
        <w:t xml:space="preserve"> </w:t>
      </w:r>
      <w:proofErr w:type="spellStart"/>
      <w:r w:rsidR="00F22AEE" w:rsidRPr="00551759">
        <w:t>atau</w:t>
      </w:r>
      <w:proofErr w:type="spellEnd"/>
      <w:r w:rsidR="00F22AEE" w:rsidRPr="00551759">
        <w:t xml:space="preserve"> </w:t>
      </w:r>
      <w:proofErr w:type="spellStart"/>
      <w:r w:rsidR="00F22AEE" w:rsidRPr="00551759">
        <w:t>pembahasan</w:t>
      </w:r>
      <w:proofErr w:type="spellEnd"/>
      <w:r w:rsidR="00F22AEE" w:rsidRPr="00551759">
        <w:t xml:space="preserve"> </w:t>
      </w:r>
      <w:proofErr w:type="spellStart"/>
      <w:r w:rsidR="00F22AEE" w:rsidRPr="00551759">
        <w:t>bar</w:t>
      </w:r>
      <w:r w:rsidR="00F22AEE">
        <w:t>u</w:t>
      </w:r>
      <w:proofErr w:type="spellEnd"/>
      <w:r w:rsidR="00F22AEE">
        <w:t>.</w:t>
      </w:r>
    </w:p>
    <w:p w14:paraId="129A7CD3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2B065FC6" w14:textId="77777777" w:rsidR="006C66EA" w:rsidRPr="00551759" w:rsidRDefault="00000000" w:rsidP="006A2F52">
      <w:pPr>
        <w:pStyle w:val="Heading1"/>
      </w:pPr>
      <w:bookmarkStart w:id="67" w:name="_Toc239536658"/>
      <w:r w:rsidRPr="00551759">
        <w:lastRenderedPageBreak/>
        <w:t>BAB XI — JUDUL BAB 11</w:t>
      </w:r>
      <w:bookmarkEnd w:id="67"/>
    </w:p>
    <w:p w14:paraId="2E94F1FE" w14:textId="77777777" w:rsidR="006C66EA" w:rsidRPr="00551759" w:rsidRDefault="00000000">
      <w:pPr>
        <w:pStyle w:val="LeadBab"/>
      </w:pPr>
      <w:r w:rsidRPr="00551759">
        <w:t>[Tuliskan satu paragraf pembuka yang memperkenalkan isu, posisi bab dalam keseluruhan buku, dan alasan topik ini penting dikaji.]</w:t>
      </w:r>
    </w:p>
    <w:p w14:paraId="2314668E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8" w:name="_Toc239536659"/>
      <w:r w:rsidRPr="00551759">
        <w:rPr>
          <w:rFonts w:ascii="Garamond" w:hAnsi="Garamond"/>
        </w:rPr>
        <w:t>11.1 Pendahuluan</w:t>
      </w:r>
      <w:bookmarkEnd w:id="68"/>
    </w:p>
    <w:p w14:paraId="60AF21C9" w14:textId="77777777" w:rsidR="006C66EA" w:rsidRPr="00551759" w:rsidRDefault="00000000">
      <w:r w:rsidRPr="00551759">
        <w:t>[Jelaskan latar belakang, masalah, ruang lingkup, dan arah pembahasan. Gunakan sitasi dalam teks sesuai APA edisi ke-7, misalnya Nama Belakang (2025) atau (Nama Belakang, 2025).]</w:t>
      </w:r>
    </w:p>
    <w:p w14:paraId="39B011CF" w14:textId="77777777" w:rsidR="006C66EA" w:rsidRPr="00551759" w:rsidRDefault="00000000">
      <w:pPr>
        <w:pStyle w:val="Heading2"/>
        <w:rPr>
          <w:rFonts w:ascii="Garamond" w:hAnsi="Garamond"/>
        </w:rPr>
      </w:pPr>
      <w:bookmarkStart w:id="69" w:name="_Toc239536660"/>
      <w:r w:rsidRPr="00551759">
        <w:rPr>
          <w:rFonts w:ascii="Garamond" w:hAnsi="Garamond"/>
        </w:rPr>
        <w:t>11.2 Landasan Konseptual dan Teoretis</w:t>
      </w:r>
      <w:bookmarkEnd w:id="69"/>
    </w:p>
    <w:p w14:paraId="32A7FA5B" w14:textId="77777777" w:rsidR="006C66EA" w:rsidRPr="00551759" w:rsidRDefault="00000000">
      <w:r w:rsidRPr="00551759">
        <w:t>[Uraikan konsep, teori, dan hasil penelitian yang relevan secara kritis. Bandingkan pandangan para ahli dan jelaskan posisi argumentasi penulis.]</w:t>
      </w:r>
    </w:p>
    <w:p w14:paraId="713C4BD3" w14:textId="77777777" w:rsidR="006C66EA" w:rsidRPr="00551759" w:rsidRDefault="00000000">
      <w:pPr>
        <w:pStyle w:val="Heading3"/>
        <w:rPr>
          <w:rFonts w:ascii="Garamond" w:hAnsi="Garamond"/>
        </w:rPr>
      </w:pPr>
      <w:bookmarkStart w:id="70" w:name="_Toc239536661"/>
      <w:r w:rsidRPr="00551759">
        <w:rPr>
          <w:rFonts w:ascii="Garamond" w:hAnsi="Garamond"/>
        </w:rPr>
        <w:t>11.2.1 Subbagian Kajian</w:t>
      </w:r>
      <w:bookmarkEnd w:id="70"/>
    </w:p>
    <w:p w14:paraId="3135C488" w14:textId="77777777" w:rsidR="006C66EA" w:rsidRPr="00551759" w:rsidRDefault="00000000">
      <w:r w:rsidRPr="00551759">
        <w:t>[Kembangkan definisi, perkembangan konsep, perbandingan pendekatan, bukti empiris, atau perdebatan ilmiah. Tambahkan subbagian sesuai kebutuhan.]</w:t>
      </w:r>
    </w:p>
    <w:p w14:paraId="76C15804" w14:textId="77777777" w:rsidR="006C66EA" w:rsidRPr="00551759" w:rsidRDefault="00000000">
      <w:pPr>
        <w:pStyle w:val="Heading2"/>
        <w:rPr>
          <w:rFonts w:ascii="Garamond" w:hAnsi="Garamond"/>
        </w:rPr>
      </w:pPr>
      <w:bookmarkStart w:id="71" w:name="_Toc239536662"/>
      <w:r w:rsidRPr="00551759">
        <w:rPr>
          <w:rFonts w:ascii="Garamond" w:hAnsi="Garamond"/>
        </w:rPr>
        <w:t>11.3 Pembahasan dan Implikasi</w:t>
      </w:r>
      <w:bookmarkEnd w:id="71"/>
    </w:p>
    <w:p w14:paraId="725A7DA6" w14:textId="77777777" w:rsidR="006C66EA" w:rsidRPr="00551759" w:rsidRDefault="00000000">
      <w:r w:rsidRPr="00551759">
        <w:t>[Analisis makna temuan atau gagasan utama, hubungkan dengan konteks yang lebih luas, lalu jelaskan implikasi teoretis dan/atau praktisnya.]</w:t>
      </w:r>
    </w:p>
    <w:p w14:paraId="14932E3C" w14:textId="77777777" w:rsidR="006C66EA" w:rsidRPr="00551759" w:rsidRDefault="00000000">
      <w:pPr>
        <w:pStyle w:val="Heading2"/>
        <w:rPr>
          <w:rFonts w:ascii="Garamond" w:hAnsi="Garamond"/>
        </w:rPr>
      </w:pPr>
      <w:bookmarkStart w:id="72" w:name="_Toc239536663"/>
      <w:r w:rsidRPr="00551759">
        <w:rPr>
          <w:rFonts w:ascii="Garamond" w:hAnsi="Garamond"/>
        </w:rPr>
        <w:t>11.4 Simpulan Bab</w:t>
      </w:r>
      <w:bookmarkEnd w:id="72"/>
    </w:p>
    <w:p w14:paraId="7A7C574A" w14:textId="2AD974B4" w:rsidR="006C66EA" w:rsidRDefault="00000000">
      <w:r w:rsidRPr="00551759">
        <w:t xml:space="preserve">[Rangkum jawaban atas persoalan bab dan tegaskan kontribusinya terhadap tema utama buku. </w:t>
      </w:r>
      <w:proofErr w:type="spellStart"/>
      <w:r w:rsidRPr="00551759">
        <w:t>Hindari</w:t>
      </w:r>
      <w:proofErr w:type="spellEnd"/>
      <w:r w:rsidRPr="00551759">
        <w:t xml:space="preserve"> </w:t>
      </w:r>
      <w:proofErr w:type="spellStart"/>
      <w:r w:rsidRPr="00551759">
        <w:t>menambahkan</w:t>
      </w:r>
      <w:proofErr w:type="spellEnd"/>
      <w:r w:rsidRPr="00551759">
        <w:t xml:space="preserve"> </w:t>
      </w:r>
      <w:proofErr w:type="spellStart"/>
      <w:r w:rsidRPr="00551759">
        <w:t>sumber</w:t>
      </w:r>
      <w:proofErr w:type="spellEnd"/>
      <w:r w:rsidRPr="00551759">
        <w:t xml:space="preserve"> </w:t>
      </w:r>
      <w:proofErr w:type="spellStart"/>
      <w:r w:rsidRPr="00551759">
        <w:t>atau</w:t>
      </w:r>
      <w:proofErr w:type="spellEnd"/>
      <w:r w:rsidRPr="00551759">
        <w:t xml:space="preserve"> </w:t>
      </w:r>
      <w:proofErr w:type="spellStart"/>
      <w:r w:rsidRPr="00551759">
        <w:t>pembahasan</w:t>
      </w:r>
      <w:proofErr w:type="spellEnd"/>
      <w:r w:rsidRPr="00551759">
        <w:t xml:space="preserve"> </w:t>
      </w:r>
      <w:proofErr w:type="spellStart"/>
      <w:r w:rsidRPr="00551759">
        <w:t>baru</w:t>
      </w:r>
      <w:proofErr w:type="spellEnd"/>
      <w:r w:rsidRPr="00551759">
        <w:t>.]</w:t>
      </w:r>
    </w:p>
    <w:p w14:paraId="107A7FE0" w14:textId="77777777" w:rsidR="003C3ACC" w:rsidRDefault="003C3ACC"/>
    <w:p w14:paraId="75E88FDB" w14:textId="77777777" w:rsidR="003C3ACC" w:rsidRDefault="003C3ACC"/>
    <w:p w14:paraId="7D9BF73F" w14:textId="77777777" w:rsidR="003C3ACC" w:rsidRDefault="003C3ACC"/>
    <w:p w14:paraId="1FB3E115" w14:textId="77777777" w:rsidR="003C3ACC" w:rsidRPr="00551759" w:rsidRDefault="003C3ACC"/>
    <w:p w14:paraId="63457026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670D3F21" w14:textId="77777777" w:rsidR="006C66EA" w:rsidRPr="00551759" w:rsidRDefault="00000000" w:rsidP="006A2F52">
      <w:pPr>
        <w:pStyle w:val="Heading1"/>
      </w:pPr>
      <w:bookmarkStart w:id="73" w:name="_Toc239536664"/>
      <w:r w:rsidRPr="00551759">
        <w:lastRenderedPageBreak/>
        <w:t>DAFTAR PUSTAKA</w:t>
      </w:r>
      <w:bookmarkEnd w:id="73"/>
    </w:p>
    <w:p w14:paraId="023BB8A6" w14:textId="77777777" w:rsidR="006C66EA" w:rsidRPr="00551759" w:rsidRDefault="00000000">
      <w:pPr>
        <w:spacing w:line="240" w:lineRule="auto"/>
        <w:ind w:left="425" w:hanging="425"/>
      </w:pPr>
      <w:r w:rsidRPr="00551759">
        <w:t>Nama Belakang, A. A. (2024). Judul buku menggunakan sentence case. Nama Penerbit.</w:t>
      </w:r>
    </w:p>
    <w:p w14:paraId="48275BBF" w14:textId="77777777" w:rsidR="006C66EA" w:rsidRPr="00551759" w:rsidRDefault="00000000">
      <w:pPr>
        <w:spacing w:line="240" w:lineRule="auto"/>
        <w:ind w:left="425" w:hanging="425"/>
      </w:pPr>
      <w:r w:rsidRPr="00551759">
        <w:t>Nama Belakang, A. A., &amp; Nama Belakang, B. B. (2025). Judul artikel. Nama Jurnal, 12(2), 100–115. https://doi.org/xx.xxxx/xxxxx</w:t>
      </w:r>
    </w:p>
    <w:p w14:paraId="28F78502" w14:textId="77777777" w:rsidR="006C66EA" w:rsidRPr="00551759" w:rsidRDefault="00000000">
      <w:pPr>
        <w:spacing w:line="240" w:lineRule="auto"/>
        <w:ind w:left="425" w:hanging="425"/>
      </w:pPr>
      <w:r w:rsidRPr="00551759">
        <w:t>Nama Institusi. (2026). Judul laporan atau halaman web. https://alamat-sumber.id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</w:tblGrid>
      <w:tr w:rsidR="006C66EA" w:rsidRPr="00551759" w14:paraId="02A6036A" w14:textId="77777777">
        <w:trPr>
          <w:jc w:val="center"/>
        </w:trPr>
        <w:tc>
          <w:tcPr>
            <w:tcW w:w="6236" w:type="dxa"/>
            <w:shd w:val="clear" w:color="auto" w:fill="EAF0F6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AB6674F" w14:textId="0046AE4C" w:rsidR="006C66EA" w:rsidRPr="00551759" w:rsidRDefault="00000000">
            <w:pPr>
              <w:spacing w:after="0"/>
            </w:pPr>
            <w:r w:rsidRPr="00551759">
              <w:rPr>
                <w:b/>
                <w:color w:val="17365D"/>
              </w:rPr>
              <w:t>CATATAN</w:t>
            </w:r>
            <w:r w:rsidR="00FE6B81" w:rsidRPr="00551759">
              <w:rPr>
                <w:b/>
                <w:color w:val="17365D"/>
              </w:rPr>
              <w:t>: MENGGUNAKAN STYLE</w:t>
            </w:r>
            <w:r w:rsidRPr="00551759">
              <w:rPr>
                <w:b/>
                <w:color w:val="17365D"/>
              </w:rPr>
              <w:t xml:space="preserve"> APA </w:t>
            </w:r>
            <w:proofErr w:type="gramStart"/>
            <w:r w:rsidRPr="00551759">
              <w:rPr>
                <w:b/>
                <w:color w:val="17365D"/>
              </w:rPr>
              <w:t xml:space="preserve">7  </w:t>
            </w:r>
            <w:proofErr w:type="spellStart"/>
            <w:r w:rsidR="00FE6B81" w:rsidRPr="00551759">
              <w:rPr>
                <w:b/>
                <w:color w:val="17365D"/>
              </w:rPr>
              <w:t>dengan</w:t>
            </w:r>
            <w:proofErr w:type="spellEnd"/>
            <w:proofErr w:type="gramEnd"/>
            <w:r w:rsidR="00FE6B81" w:rsidRPr="00551759">
              <w:rPr>
                <w:b/>
                <w:color w:val="17365D"/>
              </w:rPr>
              <w:t xml:space="preserve"> </w:t>
            </w:r>
            <w:proofErr w:type="spellStart"/>
            <w:r w:rsidR="00FE6B81" w:rsidRPr="00551759">
              <w:rPr>
                <w:b/>
                <w:color w:val="17365D"/>
              </w:rPr>
              <w:t>bantuan</w:t>
            </w:r>
            <w:proofErr w:type="spellEnd"/>
            <w:r w:rsidR="00FE6B81" w:rsidRPr="00551759">
              <w:rPr>
                <w:b/>
                <w:color w:val="17365D"/>
              </w:rPr>
              <w:t xml:space="preserve"> tools Mendeley/Zotero. </w:t>
            </w:r>
            <w:proofErr w:type="spellStart"/>
            <w:r w:rsidRPr="00551759">
              <w:t>Urutkan</w:t>
            </w:r>
            <w:proofErr w:type="spellEnd"/>
            <w:r w:rsidRPr="00551759">
              <w:t xml:space="preserve"> </w:t>
            </w:r>
            <w:proofErr w:type="spellStart"/>
            <w:r w:rsidRPr="00551759">
              <w:t>sumber</w:t>
            </w:r>
            <w:proofErr w:type="spellEnd"/>
            <w:r w:rsidRPr="00551759">
              <w:t xml:space="preserve"> </w:t>
            </w:r>
            <w:proofErr w:type="spellStart"/>
            <w:r w:rsidRPr="00551759">
              <w:t>secara</w:t>
            </w:r>
            <w:proofErr w:type="spellEnd"/>
            <w:r w:rsidRPr="00551759">
              <w:t xml:space="preserve"> </w:t>
            </w:r>
            <w:proofErr w:type="spellStart"/>
            <w:r w:rsidRPr="00551759">
              <w:t>alfabetis</w:t>
            </w:r>
            <w:proofErr w:type="spellEnd"/>
            <w:r w:rsidRPr="00551759">
              <w:t xml:space="preserve">, </w:t>
            </w:r>
            <w:proofErr w:type="spellStart"/>
            <w:r w:rsidRPr="00551759">
              <w:t>gunakan</w:t>
            </w:r>
            <w:proofErr w:type="spellEnd"/>
            <w:r w:rsidRPr="00551759">
              <w:t xml:space="preserve"> hanging indent 0,75 cm, dan </w:t>
            </w:r>
            <w:proofErr w:type="spellStart"/>
            <w:r w:rsidRPr="00551759">
              <w:t>pastikan</w:t>
            </w:r>
            <w:proofErr w:type="spellEnd"/>
            <w:r w:rsidRPr="00551759">
              <w:t xml:space="preserve"> setiap </w:t>
            </w:r>
            <w:proofErr w:type="spellStart"/>
            <w:r w:rsidRPr="00551759">
              <w:t>sitasi</w:t>
            </w:r>
            <w:proofErr w:type="spellEnd"/>
            <w:r w:rsidRPr="00551759">
              <w:t xml:space="preserve"> </w:t>
            </w:r>
            <w:proofErr w:type="spellStart"/>
            <w:r w:rsidRPr="00551759">
              <w:t>dalam</w:t>
            </w:r>
            <w:proofErr w:type="spellEnd"/>
            <w:r w:rsidRPr="00551759">
              <w:t xml:space="preserve"> </w:t>
            </w:r>
            <w:proofErr w:type="spellStart"/>
            <w:r w:rsidRPr="00551759">
              <w:t>teks</w:t>
            </w:r>
            <w:proofErr w:type="spellEnd"/>
            <w:r w:rsidRPr="00551759">
              <w:t xml:space="preserve"> </w:t>
            </w:r>
            <w:proofErr w:type="spellStart"/>
            <w:r w:rsidRPr="00551759">
              <w:t>tercantum</w:t>
            </w:r>
            <w:proofErr w:type="spellEnd"/>
            <w:r w:rsidRPr="00551759">
              <w:t xml:space="preserve"> </w:t>
            </w:r>
            <w:proofErr w:type="spellStart"/>
            <w:r w:rsidR="00FE6B81" w:rsidRPr="00551759">
              <w:t>dalam</w:t>
            </w:r>
            <w:proofErr w:type="spellEnd"/>
            <w:r w:rsidRPr="00551759">
              <w:t xml:space="preserve"> daftar </w:t>
            </w:r>
            <w:proofErr w:type="spellStart"/>
            <w:r w:rsidRPr="00551759">
              <w:t>pustaka</w:t>
            </w:r>
            <w:proofErr w:type="spellEnd"/>
            <w:r w:rsidRPr="00551759">
              <w:t>.</w:t>
            </w:r>
          </w:p>
        </w:tc>
      </w:tr>
    </w:tbl>
    <w:p w14:paraId="43E457CF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15F9DD70" w14:textId="77777777" w:rsidR="006C66EA" w:rsidRPr="00551759" w:rsidRDefault="00000000" w:rsidP="006A2F52">
      <w:pPr>
        <w:pStyle w:val="Heading1"/>
      </w:pPr>
      <w:bookmarkStart w:id="74" w:name="_Toc239536665"/>
      <w:r w:rsidRPr="00551759">
        <w:lastRenderedPageBreak/>
        <w:t>GLOSARIUM</w:t>
      </w:r>
      <w:bookmarkEnd w:id="74"/>
    </w:p>
    <w:p w14:paraId="2DB0CB02" w14:textId="77777777" w:rsidR="006C66EA" w:rsidRPr="00551759" w:rsidRDefault="00000000">
      <w:pPr>
        <w:ind w:firstLine="0"/>
      </w:pPr>
      <w:r w:rsidRPr="00551759">
        <w:rPr>
          <w:b/>
          <w:color w:val="17365D"/>
        </w:rPr>
        <w:t xml:space="preserve">Istilah 1: </w:t>
      </w:r>
      <w:r w:rsidRPr="00551759">
        <w:t>[Tuliskan definisi singkat dan mudah dipahami.]</w:t>
      </w:r>
    </w:p>
    <w:p w14:paraId="7268E3D7" w14:textId="77777777" w:rsidR="006C66EA" w:rsidRPr="00551759" w:rsidRDefault="00000000">
      <w:pPr>
        <w:ind w:firstLine="0"/>
      </w:pPr>
      <w:r w:rsidRPr="00551759">
        <w:rPr>
          <w:b/>
          <w:color w:val="17365D"/>
        </w:rPr>
        <w:t xml:space="preserve">Istilah 2: </w:t>
      </w:r>
      <w:r w:rsidRPr="00551759">
        <w:t>[Tuliskan definisi singkat dan mudah dipahami.]</w:t>
      </w:r>
    </w:p>
    <w:p w14:paraId="3CF9A053" w14:textId="77777777" w:rsidR="006C66EA" w:rsidRPr="00551759" w:rsidRDefault="00000000">
      <w:pPr>
        <w:ind w:firstLine="0"/>
      </w:pPr>
      <w:r w:rsidRPr="00551759">
        <w:rPr>
          <w:b/>
          <w:color w:val="17365D"/>
        </w:rPr>
        <w:t xml:space="preserve">Istilah 3: </w:t>
      </w:r>
      <w:r w:rsidRPr="00551759">
        <w:t>[Tuliskan definisi singkat dan mudah dipahami.]</w:t>
      </w:r>
    </w:p>
    <w:p w14:paraId="069BDAB0" w14:textId="77777777" w:rsidR="00422CBB" w:rsidRDefault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3C3DAAA4" w14:textId="77777777" w:rsidR="006C66EA" w:rsidRPr="00551759" w:rsidRDefault="00000000" w:rsidP="006A2F52">
      <w:pPr>
        <w:pStyle w:val="Heading1"/>
      </w:pPr>
      <w:bookmarkStart w:id="75" w:name="_Toc239536666"/>
      <w:r w:rsidRPr="00551759">
        <w:lastRenderedPageBreak/>
        <w:t>INDEKS</w:t>
      </w:r>
      <w:bookmarkEnd w:id="75"/>
    </w:p>
    <w:p w14:paraId="24C8217C" w14:textId="77777777" w:rsidR="006C66EA" w:rsidRPr="00551759" w:rsidRDefault="00000000">
      <w:r w:rsidRPr="00551759">
        <w:t>[Susun istilah, nama, atau konsep penting secara alfabetis setelah tata letak final. Gunakan fitur References &gt; Mark Entry dan Insert Index di Microsoft Word agar nomor halaman dapat diperbarui otomatis.]</w:t>
      </w:r>
    </w:p>
    <w:p w14:paraId="2CB94599" w14:textId="77777777" w:rsidR="006C66EA" w:rsidRPr="00551759" w:rsidRDefault="00000000">
      <w:pPr>
        <w:ind w:firstLine="0"/>
      </w:pPr>
      <w:r w:rsidRPr="00551759">
        <w:t>A — [Istilah], 1, 15, 27</w:t>
      </w:r>
    </w:p>
    <w:p w14:paraId="5AAFD739" w14:textId="77777777" w:rsidR="006C66EA" w:rsidRPr="00551759" w:rsidRDefault="00000000">
      <w:pPr>
        <w:ind w:firstLine="0"/>
      </w:pPr>
      <w:r w:rsidRPr="00551759">
        <w:t>K — [Konsep], 8–10, 42</w:t>
      </w:r>
    </w:p>
    <w:p w14:paraId="26E07AFA" w14:textId="77777777" w:rsidR="006C66EA" w:rsidRPr="00551759" w:rsidRDefault="00000000">
      <w:pPr>
        <w:ind w:firstLine="0"/>
      </w:pPr>
      <w:r w:rsidRPr="00551759">
        <w:t>T — [Teori], 21, 35–37</w:t>
      </w:r>
    </w:p>
    <w:p w14:paraId="308C159B" w14:textId="77777777" w:rsidR="00422CBB" w:rsidRDefault="00422CBB" w:rsidP="00422CBB">
      <w:pPr>
        <w:sectPr w:rsidR="00422CBB" w:rsidSect="005500A7">
          <w:pgSz w:w="8787" w:h="13039"/>
          <w:pgMar w:top="1247" w:right="1134" w:bottom="1247" w:left="1418" w:header="510" w:footer="567" w:gutter="0"/>
          <w:cols w:space="720"/>
          <w:titlePg/>
          <w:docGrid w:linePitch="360"/>
        </w:sectPr>
      </w:pPr>
    </w:p>
    <w:p w14:paraId="38EFD277" w14:textId="7BD33D3E" w:rsidR="006C66EA" w:rsidRPr="00551759" w:rsidRDefault="00000000" w:rsidP="006A2F52">
      <w:pPr>
        <w:pStyle w:val="Heading1"/>
      </w:pPr>
      <w:bookmarkStart w:id="76" w:name="_Toc239536667"/>
      <w:r w:rsidRPr="00551759">
        <w:lastRenderedPageBreak/>
        <w:t>TENTANG PENULIS</w:t>
      </w:r>
      <w:bookmarkEnd w:id="76"/>
    </w:p>
    <w:p w14:paraId="6369FCF7" w14:textId="77777777" w:rsidR="006C66EA" w:rsidRPr="00551759" w:rsidRDefault="00000000">
      <w:pPr>
        <w:jc w:val="center"/>
      </w:pPr>
      <w:r w:rsidRPr="00551759">
        <w:rPr>
          <w:b/>
          <w:color w:val="666666"/>
          <w:sz w:val="22"/>
        </w:rPr>
        <w:br/>
        <w:t xml:space="preserve">[ FOTO PENULIS 3 × 4 </w:t>
      </w:r>
      <w:proofErr w:type="gramStart"/>
      <w:r w:rsidRPr="00551759">
        <w:rPr>
          <w:b/>
          <w:color w:val="666666"/>
          <w:sz w:val="22"/>
        </w:rPr>
        <w:t>cm ]</w:t>
      </w:r>
      <w:proofErr w:type="gramEnd"/>
      <w:r w:rsidRPr="00551759">
        <w:rPr>
          <w:b/>
          <w:color w:val="666666"/>
          <w:sz w:val="22"/>
        </w:rPr>
        <w:br/>
      </w:r>
    </w:p>
    <w:p w14:paraId="741A727C" w14:textId="77777777" w:rsidR="006C66EA" w:rsidRPr="00551759" w:rsidRDefault="00000000" w:rsidP="00162EB3">
      <w:pPr>
        <w:ind w:firstLine="0"/>
        <w:jc w:val="left"/>
      </w:pPr>
      <w:r w:rsidRPr="00551759">
        <w:rPr>
          <w:b/>
          <w:color w:val="17365D"/>
          <w:sz w:val="26"/>
        </w:rPr>
        <w:t>NAMA PENULIS</w:t>
      </w:r>
    </w:p>
    <w:p w14:paraId="35A6E852" w14:textId="77777777" w:rsidR="006C66EA" w:rsidRPr="00551759" w:rsidRDefault="00000000">
      <w:pPr>
        <w:pStyle w:val="Bio"/>
      </w:pPr>
      <w:r w:rsidRPr="00551759">
        <w:t>[Nama Penulis] adalah [profesi atau bidang keahlian]. Ia menaruh perhatian pada [bidang/topik utama] dan aktif dalam [kegiatan profesional yang relevan]. Buku ini disusun untuk membantu [sasaran pembaca] memahami dan menerapkan [pokok bahasan buku] secara sistematis. Penulis dapat dihubungi melalui [email profesional] atau [situs/profil profesional].</w:t>
      </w:r>
    </w:p>
    <w:sectPr w:rsidR="006C66EA" w:rsidRPr="00551759" w:rsidSect="005500A7">
      <w:pgSz w:w="8787" w:h="13039"/>
      <w:pgMar w:top="1247" w:right="1134" w:bottom="1247" w:left="1418" w:header="51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06939" w14:textId="77777777" w:rsidR="00887079" w:rsidRDefault="00887079">
      <w:pPr>
        <w:spacing w:after="0" w:line="240" w:lineRule="auto"/>
      </w:pPr>
      <w:r>
        <w:separator/>
      </w:r>
    </w:p>
  </w:endnote>
  <w:endnote w:type="continuationSeparator" w:id="0">
    <w:p w14:paraId="4B7194A2" w14:textId="77777777" w:rsidR="00887079" w:rsidRDefault="0088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94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C306E" w14:textId="2371493B" w:rsidR="00DD2DC1" w:rsidRDefault="00DD2D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BF6E91" w14:textId="77777777" w:rsidR="00DD2DC1" w:rsidRDefault="00DD2D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2696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23DCB1" w14:textId="2C1801F4" w:rsidR="00DD2DC1" w:rsidRDefault="00DD2D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2E0FD9" w14:textId="77777777" w:rsidR="00DD2DC1" w:rsidRDefault="00DD2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E2DC" w14:textId="77777777" w:rsidR="005667B0" w:rsidRDefault="005667B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8183" w14:textId="77777777" w:rsidR="006C66EA" w:rsidRDefault="00000000" w:rsidP="00545074">
    <w:pPr>
      <w:pStyle w:val="Footer"/>
      <w:jc w:val="lef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A85B" w14:textId="77777777" w:rsidR="006C66EA" w:rsidRDefault="00000000" w:rsidP="00545074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04AE" w14:textId="77777777" w:rsidR="00887079" w:rsidRDefault="00887079">
      <w:pPr>
        <w:spacing w:after="0" w:line="240" w:lineRule="auto"/>
      </w:pPr>
      <w:r>
        <w:separator/>
      </w:r>
    </w:p>
  </w:footnote>
  <w:footnote w:type="continuationSeparator" w:id="0">
    <w:p w14:paraId="16F89592" w14:textId="77777777" w:rsidR="00887079" w:rsidRDefault="0088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7F7" w14:textId="77777777" w:rsidR="005667B0" w:rsidRDefault="005667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D079" w14:textId="61FE02E4" w:rsidR="006C66EA" w:rsidRPr="00DF140B" w:rsidRDefault="00AE4208" w:rsidP="00AE4208">
    <w:pPr>
      <w:pStyle w:val="Header"/>
      <w:jc w:val="right"/>
      <w:rPr>
        <w:color w:val="000000" w:themeColor="text1"/>
      </w:rPr>
    </w:pPr>
    <w:r w:rsidRPr="00AE4208">
      <w:rPr>
        <w:color w:val="000000" w:themeColor="text1"/>
        <w:sz w:val="17"/>
      </w:rPr>
      <w:t>THE HEART OF MANAGING PEOPLE: KONSEP DAN DINAMIKA MANAJEMEN SDM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0603" w14:textId="2143BF27" w:rsidR="006C66EA" w:rsidRPr="00545074" w:rsidRDefault="00545074" w:rsidP="00AE4208">
    <w:pPr>
      <w:pStyle w:val="Header"/>
      <w:ind w:firstLine="0"/>
      <w:jc w:val="left"/>
      <w:rPr>
        <w:sz w:val="17"/>
        <w:szCs w:val="17"/>
      </w:rPr>
    </w:pPr>
    <w:r w:rsidRPr="00545074">
      <w:rPr>
        <w:sz w:val="17"/>
        <w:szCs w:val="17"/>
      </w:rPr>
      <w:fldChar w:fldCharType="begin"/>
    </w:r>
    <w:r w:rsidRPr="00545074">
      <w:rPr>
        <w:sz w:val="17"/>
        <w:szCs w:val="17"/>
      </w:rPr>
      <w:instrText xml:space="preserve"> STYLEREF  "Heading 1"  \* MERGEFORMAT </w:instrText>
    </w:r>
    <w:r w:rsidRPr="00545074">
      <w:rPr>
        <w:sz w:val="17"/>
        <w:szCs w:val="17"/>
      </w:rPr>
      <w:fldChar w:fldCharType="separate"/>
    </w:r>
    <w:r w:rsidR="00F622DB">
      <w:rPr>
        <w:noProof/>
        <w:sz w:val="17"/>
        <w:szCs w:val="17"/>
      </w:rPr>
      <w:t>BAB III — JUDUL BAB 3</w:t>
    </w:r>
    <w:r w:rsidRPr="00545074">
      <w:rPr>
        <w:sz w:val="17"/>
        <w:szCs w:val="17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DE2366"/>
    <w:multiLevelType w:val="hybridMultilevel"/>
    <w:tmpl w:val="847E4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1CFA0C3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05D8B"/>
    <w:multiLevelType w:val="multilevel"/>
    <w:tmpl w:val="E7F66B5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5065BE"/>
    <w:multiLevelType w:val="multilevel"/>
    <w:tmpl w:val="E71CBC4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DD29B3"/>
    <w:multiLevelType w:val="hybridMultilevel"/>
    <w:tmpl w:val="55480934"/>
    <w:lvl w:ilvl="0" w:tplc="52563F1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510191">
    <w:abstractNumId w:val="11"/>
  </w:num>
  <w:num w:numId="2" w16cid:durableId="1328171093">
    <w:abstractNumId w:val="11"/>
    <w:lvlOverride w:ilvl="0">
      <w:startOverride w:val="1"/>
    </w:lvlOverride>
  </w:num>
  <w:num w:numId="3" w16cid:durableId="1944801916">
    <w:abstractNumId w:val="11"/>
    <w:lvlOverride w:ilvl="0">
      <w:startOverride w:val="1"/>
    </w:lvlOverride>
  </w:num>
  <w:num w:numId="4" w16cid:durableId="1451389466">
    <w:abstractNumId w:val="11"/>
    <w:lvlOverride w:ilvl="0">
      <w:startOverride w:val="1"/>
    </w:lvlOverride>
  </w:num>
  <w:num w:numId="5" w16cid:durableId="1657027047">
    <w:abstractNumId w:val="11"/>
    <w:lvlOverride w:ilvl="0">
      <w:startOverride w:val="1"/>
    </w:lvlOverride>
  </w:num>
  <w:num w:numId="6" w16cid:durableId="1666859324">
    <w:abstractNumId w:val="11"/>
    <w:lvlOverride w:ilvl="0">
      <w:startOverride w:val="1"/>
    </w:lvlOverride>
  </w:num>
  <w:num w:numId="7" w16cid:durableId="1821268051">
    <w:abstractNumId w:val="11"/>
    <w:lvlOverride w:ilvl="0">
      <w:startOverride w:val="1"/>
    </w:lvlOverride>
  </w:num>
  <w:num w:numId="8" w16cid:durableId="177817388">
    <w:abstractNumId w:val="11"/>
    <w:lvlOverride w:ilvl="0">
      <w:startOverride w:val="1"/>
    </w:lvlOverride>
  </w:num>
  <w:num w:numId="9" w16cid:durableId="1606688154">
    <w:abstractNumId w:val="11"/>
    <w:lvlOverride w:ilvl="0">
      <w:startOverride w:val="1"/>
    </w:lvlOverride>
  </w:num>
  <w:num w:numId="10" w16cid:durableId="1439837586">
    <w:abstractNumId w:val="11"/>
    <w:lvlOverride w:ilvl="0">
      <w:startOverride w:val="1"/>
    </w:lvlOverride>
  </w:num>
  <w:num w:numId="11" w16cid:durableId="2115056264">
    <w:abstractNumId w:val="11"/>
    <w:lvlOverride w:ilvl="0">
      <w:startOverride w:val="1"/>
    </w:lvlOverride>
  </w:num>
  <w:num w:numId="12" w16cid:durableId="398096118">
    <w:abstractNumId w:val="11"/>
    <w:lvlOverride w:ilvl="0">
      <w:startOverride w:val="1"/>
    </w:lvlOverride>
  </w:num>
  <w:num w:numId="13" w16cid:durableId="1548180324">
    <w:abstractNumId w:val="11"/>
    <w:lvlOverride w:ilvl="0">
      <w:startOverride w:val="1"/>
    </w:lvlOverride>
  </w:num>
  <w:num w:numId="14" w16cid:durableId="955909929">
    <w:abstractNumId w:val="11"/>
    <w:lvlOverride w:ilvl="0">
      <w:startOverride w:val="1"/>
    </w:lvlOverride>
  </w:num>
  <w:num w:numId="15" w16cid:durableId="1512644939">
    <w:abstractNumId w:val="9"/>
  </w:num>
  <w:num w:numId="16" w16cid:durableId="1291128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FAE"/>
    <w:rsid w:val="00057277"/>
    <w:rsid w:val="0006063C"/>
    <w:rsid w:val="0007793F"/>
    <w:rsid w:val="00092795"/>
    <w:rsid w:val="000B67E3"/>
    <w:rsid w:val="001105CE"/>
    <w:rsid w:val="0015074B"/>
    <w:rsid w:val="001609B4"/>
    <w:rsid w:val="00162EB3"/>
    <w:rsid w:val="001B7386"/>
    <w:rsid w:val="001D359A"/>
    <w:rsid w:val="001F612F"/>
    <w:rsid w:val="002276BE"/>
    <w:rsid w:val="00276141"/>
    <w:rsid w:val="00294A3F"/>
    <w:rsid w:val="0029639D"/>
    <w:rsid w:val="002E247C"/>
    <w:rsid w:val="003018CF"/>
    <w:rsid w:val="00326F90"/>
    <w:rsid w:val="0035349F"/>
    <w:rsid w:val="003C3ACC"/>
    <w:rsid w:val="00422CBB"/>
    <w:rsid w:val="004A7305"/>
    <w:rsid w:val="004A7DCB"/>
    <w:rsid w:val="004C6BEF"/>
    <w:rsid w:val="00545074"/>
    <w:rsid w:val="005500A7"/>
    <w:rsid w:val="00551759"/>
    <w:rsid w:val="00554C35"/>
    <w:rsid w:val="005667B0"/>
    <w:rsid w:val="005703AA"/>
    <w:rsid w:val="005841E8"/>
    <w:rsid w:val="005C1BEF"/>
    <w:rsid w:val="005D1A3B"/>
    <w:rsid w:val="00644CFC"/>
    <w:rsid w:val="00671B89"/>
    <w:rsid w:val="00681AE9"/>
    <w:rsid w:val="006A2F52"/>
    <w:rsid w:val="006C66EA"/>
    <w:rsid w:val="006D4F37"/>
    <w:rsid w:val="006E6A74"/>
    <w:rsid w:val="00714508"/>
    <w:rsid w:val="00730D3D"/>
    <w:rsid w:val="007B44A0"/>
    <w:rsid w:val="007F4C61"/>
    <w:rsid w:val="007F60B4"/>
    <w:rsid w:val="007F7C81"/>
    <w:rsid w:val="00825367"/>
    <w:rsid w:val="008369DE"/>
    <w:rsid w:val="008724B9"/>
    <w:rsid w:val="00887079"/>
    <w:rsid w:val="008E14CB"/>
    <w:rsid w:val="008F0ECF"/>
    <w:rsid w:val="00970B98"/>
    <w:rsid w:val="00997679"/>
    <w:rsid w:val="009F406E"/>
    <w:rsid w:val="009F592E"/>
    <w:rsid w:val="009F5CC2"/>
    <w:rsid w:val="009F65F5"/>
    <w:rsid w:val="00A16290"/>
    <w:rsid w:val="00A47141"/>
    <w:rsid w:val="00A9354D"/>
    <w:rsid w:val="00AA1D8D"/>
    <w:rsid w:val="00AC00D9"/>
    <w:rsid w:val="00AE4208"/>
    <w:rsid w:val="00B41D07"/>
    <w:rsid w:val="00B47730"/>
    <w:rsid w:val="00B66155"/>
    <w:rsid w:val="00BD07C7"/>
    <w:rsid w:val="00BE5101"/>
    <w:rsid w:val="00C205A6"/>
    <w:rsid w:val="00C327C8"/>
    <w:rsid w:val="00C67A04"/>
    <w:rsid w:val="00C71F3C"/>
    <w:rsid w:val="00CB0664"/>
    <w:rsid w:val="00CD1FFF"/>
    <w:rsid w:val="00CF6E83"/>
    <w:rsid w:val="00D37734"/>
    <w:rsid w:val="00D51AB2"/>
    <w:rsid w:val="00D940AF"/>
    <w:rsid w:val="00DA69A2"/>
    <w:rsid w:val="00DD2DC1"/>
    <w:rsid w:val="00DF140B"/>
    <w:rsid w:val="00E84D7E"/>
    <w:rsid w:val="00EB251E"/>
    <w:rsid w:val="00ED08BB"/>
    <w:rsid w:val="00F22AEE"/>
    <w:rsid w:val="00F267DF"/>
    <w:rsid w:val="00F34175"/>
    <w:rsid w:val="00F363E7"/>
    <w:rsid w:val="00F622DB"/>
    <w:rsid w:val="00F91195"/>
    <w:rsid w:val="00FC693F"/>
    <w:rsid w:val="00FE6B81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74BB36"/>
  <w14:defaultImageDpi w14:val="300"/>
  <w15:docId w15:val="{116B0FA3-917F-48A1-B17F-45B96082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  <w:ind w:firstLine="425"/>
      <w:jc w:val="both"/>
    </w:pPr>
    <w:rPr>
      <w:rFonts w:ascii="Garamond" w:eastAsia="Garamond" w:hAnsi="Garamond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2DB"/>
    <w:pPr>
      <w:keepNext/>
      <w:keepLines/>
      <w:spacing w:before="1080" w:after="360" w:line="240" w:lineRule="auto"/>
      <w:ind w:firstLine="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6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3333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622DB"/>
    <w:rPr>
      <w:rFonts w:ascii="Garamond" w:eastAsiaTheme="majorEastAsia" w:hAnsi="Garamond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425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keepNext/>
      <w:spacing w:before="160" w:after="80" w:line="240" w:lineRule="auto"/>
      <w:ind w:firstLine="0"/>
      <w:jc w:val="center"/>
    </w:pPr>
    <w:rPr>
      <w:b/>
      <w:bCs/>
      <w:color w:val="333333"/>
      <w:sz w:val="20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agianDepan">
    <w:name w:val="Bagian Depan"/>
    <w:pPr>
      <w:keepNext/>
      <w:spacing w:after="360"/>
      <w:jc w:val="center"/>
    </w:pPr>
    <w:rPr>
      <w:rFonts w:ascii="Garamond" w:eastAsia="Garamond" w:hAnsi="Garamond"/>
      <w:b/>
      <w:color w:val="17365D"/>
      <w:sz w:val="32"/>
    </w:rPr>
  </w:style>
  <w:style w:type="paragraph" w:customStyle="1" w:styleId="LeadBab">
    <w:name w:val="Lead Bab"/>
    <w:pPr>
      <w:spacing w:after="240"/>
      <w:jc w:val="both"/>
    </w:pPr>
    <w:rPr>
      <w:rFonts w:ascii="Garamond" w:eastAsia="Garamond" w:hAnsi="Garamond"/>
      <w:color w:val="666666"/>
      <w:sz w:val="23"/>
    </w:rPr>
  </w:style>
  <w:style w:type="paragraph" w:customStyle="1" w:styleId="DaftarPoin">
    <w:name w:val="Daftar Poin"/>
    <w:pPr>
      <w:tabs>
        <w:tab w:val="num" w:pos="720"/>
      </w:tabs>
      <w:spacing w:after="60"/>
      <w:ind w:left="720"/>
      <w:jc w:val="both"/>
    </w:pPr>
    <w:rPr>
      <w:rFonts w:ascii="Garamond" w:eastAsia="Garamond" w:hAnsi="Garamond"/>
      <w:color w:val="000000"/>
      <w:sz w:val="23"/>
    </w:rPr>
  </w:style>
  <w:style w:type="paragraph" w:customStyle="1" w:styleId="DaftarNomor">
    <w:name w:val="Daftar Nomor"/>
    <w:pPr>
      <w:tabs>
        <w:tab w:val="num" w:pos="720"/>
      </w:tabs>
      <w:spacing w:after="60"/>
      <w:ind w:left="720"/>
      <w:jc w:val="both"/>
    </w:pPr>
    <w:rPr>
      <w:rFonts w:ascii="Garamond" w:eastAsia="Garamond" w:hAnsi="Garamond"/>
      <w:color w:val="000000"/>
      <w:sz w:val="23"/>
    </w:rPr>
  </w:style>
  <w:style w:type="paragraph" w:customStyle="1" w:styleId="Sumber">
    <w:name w:val="Sumber"/>
    <w:pPr>
      <w:spacing w:before="60" w:after="160"/>
      <w:jc w:val="center"/>
    </w:pPr>
    <w:rPr>
      <w:rFonts w:ascii="Garamond" w:eastAsia="Garamond" w:hAnsi="Garamond"/>
      <w:color w:val="666666"/>
      <w:sz w:val="19"/>
    </w:rPr>
  </w:style>
  <w:style w:type="paragraph" w:customStyle="1" w:styleId="ReferensiBab">
    <w:name w:val="Referensi Bab"/>
    <w:pPr>
      <w:spacing w:before="180" w:after="0"/>
      <w:jc w:val="both"/>
    </w:pPr>
    <w:rPr>
      <w:rFonts w:ascii="Garamond" w:eastAsia="Garamond" w:hAnsi="Garamond"/>
      <w:color w:val="666666"/>
      <w:sz w:val="19"/>
    </w:rPr>
  </w:style>
  <w:style w:type="paragraph" w:customStyle="1" w:styleId="TOCManual">
    <w:name w:val="TOC Manual"/>
    <w:pPr>
      <w:spacing w:after="60"/>
    </w:pPr>
    <w:rPr>
      <w:rFonts w:ascii="Garamond" w:eastAsia="Garamond" w:hAnsi="Garamond"/>
      <w:color w:val="000000"/>
    </w:rPr>
  </w:style>
  <w:style w:type="paragraph" w:customStyle="1" w:styleId="Bio">
    <w:name w:val="Bio"/>
    <w:pPr>
      <w:spacing w:after="160"/>
      <w:jc w:val="both"/>
    </w:pPr>
    <w:rPr>
      <w:rFonts w:ascii="Garamond" w:eastAsia="Garamond" w:hAnsi="Garamond"/>
      <w:color w:val="000000"/>
      <w:sz w:val="23"/>
    </w:rPr>
  </w:style>
  <w:style w:type="paragraph" w:styleId="TOC1">
    <w:name w:val="toc 1"/>
    <w:basedOn w:val="Normal"/>
    <w:next w:val="Normal"/>
    <w:autoRedefine/>
    <w:uiPriority w:val="39"/>
    <w:unhideWhenUsed/>
    <w:rsid w:val="000B67E3"/>
    <w:pPr>
      <w:tabs>
        <w:tab w:val="right" w:leader="dot" w:pos="6226"/>
      </w:tabs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4A7DCB"/>
    <w:pPr>
      <w:spacing w:after="100"/>
      <w:ind w:left="230"/>
    </w:pPr>
  </w:style>
  <w:style w:type="paragraph" w:styleId="TOC3">
    <w:name w:val="toc 3"/>
    <w:basedOn w:val="Normal"/>
    <w:next w:val="Normal"/>
    <w:autoRedefine/>
    <w:uiPriority w:val="39"/>
    <w:unhideWhenUsed/>
    <w:rsid w:val="004A7DCB"/>
    <w:pPr>
      <w:spacing w:after="100"/>
      <w:ind w:left="460"/>
    </w:pPr>
  </w:style>
  <w:style w:type="character" w:styleId="Hyperlink">
    <w:name w:val="Hyperlink"/>
    <w:basedOn w:val="DefaultParagraphFont"/>
    <w:uiPriority w:val="99"/>
    <w:unhideWhenUsed/>
    <w:rsid w:val="004A7DCB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7DCB"/>
    <w:rPr>
      <w:rFonts w:ascii="Garamond" w:eastAsia="Garamond" w:hAnsi="Garamon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37</Pages>
  <Words>4602</Words>
  <Characters>26233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Buku Referensi UNESCO CEDDI</dc:title>
  <dc:subject>Template siap pakai khusus buku referensi</dc:subject>
  <dc:creator>CEDDI Publisher</dc:creator>
  <cp:keywords>CEDDI, buku referensi, UNESCO, APA 7, daftar pustaka</cp:keywords>
  <dc:description>generated by python-docx</dc:description>
  <cp:lastModifiedBy>akbar iskandar</cp:lastModifiedBy>
  <cp:revision>9</cp:revision>
  <dcterms:created xsi:type="dcterms:W3CDTF">2026-09-05T13:46:00Z</dcterms:created>
  <dcterms:modified xsi:type="dcterms:W3CDTF">2026-09-05T14:10:00Z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422fe9c1-dba7-4dac-b5c0-09abda402112</vt:lpwstr>
  </property>
</Properties>
</file>